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架包与so库冲突</w:t>
      </w:r>
    </w:p>
    <w:p>
      <w:pPr>
        <w:pStyle w:val="Heading1"/>
      </w:pPr>
      <w:r>
        <w:t>一.架包冲突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常见冲突的架包为okhttp、okio、glide、gson、zip4j等。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以glide为例：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报错信息：</w:t>
        <w:br/>
        <w:t>java.lang.NoSuchMethodError No virtual method placeholder(I)Lcom/bumptech/glide/request/RequestOptions; in class Lcom/bumptech/glide/request/RequestOptions; or its super classes (declaration of 'com.bumptech.glide.request.RequestOptions' appears in /data/app/com.sdym.jinlixuexi-THEnfkL_rUo8HozNpZ2cGw==/base.apk)</w:t>
      </w:r>
    </w:p>
    <w:p>
      <w:pPr>
        <w:pStyle w:val="Heading2"/>
      </w:pPr>
      <w:r>
        <w:t>方案一：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将项目中各个引入相同库的版本改为一致。</w:t>
      </w:r>
    </w:p>
    <w:p>
      <w:pPr>
        <w:pStyle w:val="Heading2"/>
      </w:pPr>
      <w:r>
        <w:t>方案二：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排除掉多场景SDK中的库，导入项目中需要的版本，如下：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api('net.polyv.android:polyvSDKLiveScenes:1.10.8') {</w:t>
        <w:br/>
        <w:t xml:space="preserve">        exclude group:'com.github.bumptech.glide',module:'glide'</w:t>
        <w:br/>
        <w:t xml:space="preserve">    }</w:t>
        <w:br/>
        <w:t>implementation 'com.github.bumptech.glide:okhttp3-integration:xx.xx.xx'</w:t>
      </w:r>
    </w:p>
    <w:p>
      <w:pPr>
        <w:pStyle w:val="Heading1"/>
      </w:pPr>
      <w:r>
        <w:t>二.so库冲突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常见的so库冲突为libc++_shared.so库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报错信息：</w:t>
        <w:br/>
        <w:t>2 files found with path 'lib/arm64-v8a/ibc++-shared.so' from inputs:If you are using jniLibs and CMake IMPORTED targets, seehttps://developer.android.com/r/tools/jniLibs-vs-imported-targets</w:t>
        <w:br/>
        <w:t>C:\sers Administratorl.gradle caches transfoms-3 3145107184bd587ba19fcadd7645transfomedjetified-mediaplayer-FuL-1,1.1 jnlar64-8e Libc+-_sthared.st</w:t>
        <w:br/>
        <w:t>C: Users Adinistrator).grdlecaches transfom-\705ecaad84efaed5edddf21db transfomed jetified-pdfium-androd-1.90jnam64-vBa libc++-shared.s</w:t>
      </w:r>
    </w:p>
    <w:p>
      <w:pPr>
        <w:pStyle w:val="Heading2"/>
      </w:pPr>
      <w:r>
        <w:t>解决方案：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在defaultConfig中加入packagingOptions选项:</w:t>
        <w:br/>
        <w:br/>
        <w:t>packaging0ptions {</w:t>
        <w:br/>
        <w:t>//下面为实际重复导致报错的so文件</w:t>
        <w:br/>
        <w:t>pickFirst 'lib/arm64-v8a/libc++_shared.so</w:t>
        <w:br/>
        <w:t>pickFirst 'lib/armeabi-v7a/libc++_shared.so</w:t>
        <w:br/>
        <w:t>pickFirst 'lib/x86/libc++_shared.so'</w:t>
        <w:br/>
        <w:t>pickFirst 'lib/x86_64/libc++_shared.so'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架包与so库冲突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