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Android常见错误码</w:t>
      </w:r>
    </w:p>
    <w:p>
      <w:pPr>
        <w:pStyle w:val="Heading1"/>
      </w:pPr>
      <w:r>
        <w:t>一、聊天室错误码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枚举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错误描述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原因及现象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1050605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CHECK_IMG_FAIL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图片审核不通过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1、聊天室中发送图片，收到Socket信息，结果为图片审核不通过2、图片发送不成功3、弹出Toast提示发送图片失败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1050117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UPLOAD_IMG_FAIL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上传图片失败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1、请求上传图片token失败、上传图片格式不正确2、图片上传失败 3、弹出错误提示：发送图片失败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1050407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CHATROOM_RESTRICT_MAX_VIEWER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超出最大同时在线人数限制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1、登录聊天室，收到socket信息，提示超出最大人数限制2、登录聊天室失败3、弹出错误提示：直播间太过火爆了，请稍后再来（1050407）</w:t>
            </w:r>
          </w:p>
        </w:tc>
      </w:tr>
    </w:tbl>
    <w:p>
      <w:pPr>
        <w:spacing w:after="40"/>
      </w:pPr>
    </w:p>
    <w:p>
      <w:pPr>
        <w:pStyle w:val="Heading1"/>
      </w:pPr>
      <w:r>
        <w:t>二、连麦模块错误码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枚举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错误描述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原因及现象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1060501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ERROR_LINK_PERMISSION_DENIED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获取连麦权限失败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1、请求连麦权限，拒绝授予权限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1060101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NOTIFY_STREAM_PARAM_ERROR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推流参数错误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1、推流前，频道id或推流id为空，就会出现该错误提示2、弹出错误提示：推流和连麦模块错误：errorCode=1060101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1060104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GET_TOKEN_PARAM_ERROR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初始化RTC失败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1、在初始化RTCToken会检查频道id是否为空，如果为空的话就会出现该错误2、连麦功能不能使用3、弹出Toast提示：连麦错误：errorCode=1060104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1060105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请求RTCToken响应错误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请求RTCToken响应错误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1、请求RTCToken发生请求异常，一般为网络问题2、弹出Toast提示：连麦错误：errorCode=1060105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1060106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GET_TOKEN_DATA_PARSE_ERROR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解析token数据错误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1、请求RTCToken成功，但是解析其中的json数据发生错误2、弹出Toast提示：连麦错误：1060106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1060107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GET_SESSION_ID_PARAM_ERROR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请求服务端生成sessionId的参数为空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1、在请求获取服务端生成sessionId前校验channelid和streamId，当其中一个为空就会出现该错误2、弹出Toast错误提示：请求参数不可为空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1060109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GET_SESSION_ID_DATA_PARSE_ERROR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请求服务端生成sessionId失败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1、请求服务端生成sessionId发生异常，多数为网络原因引起2、控制台输出推流和连麦模块错误：errorCode=1060109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1060113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GET_LINK_MIC_LIST_PARAM_ERROR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获取连麦列表参数错误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1、获取连麦列表发生错误，该错误由于roomId或sessionId为空引起2、连麦列表不显示列表成员3、弹出错误Toast提示：连麦错误 1060113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1060114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GET_LINK_MIC_LIST_RESPONSE_CODE_ERROR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获取连麦列表请求错误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1、请求获取连麦列表发生错误，多数为网络原因引起2、连麦列表不显示列表成员3、弹出错误Toast提示：连麦错误 1060114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1060116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NOTIFY_LIVE_END_PARAM_ERROR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通知服务端直播结束参数错误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1、通知服务端直播结束停止推流，当channelId或streamId为空的时候会出现该错误2、控制台输出：推流和连麦模块错误：errorCode=1060116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1060117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NOTIFY_LIVE_END_RESPONSE_CODE_ERROR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通知服务端直播结束发生异常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1、通知服务端直播结束停止推流发生异常，多数为网络原因引起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1060118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NOTIFY_LIVE_END_DATA_PARSE_ERROR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解析服务端返回直播结束数据错误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1、请求服务端直播结束成功，但是解析服务端返回的数据发生错误2、不影响Android结束直播，服务端收到结束直播的通知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1060119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MIX_ACTION_PARAM_ERROR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请求混流cdn布局参数错误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1、请求混流cdn布局，当appId或appSecret为空的时候会出现该错误2、弹出错误Toast提示：请求参数不可为空，控制台输出：推流和连麦模块错误：errorCode=1060119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1060120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MIX_ACTION_RESPONSE_CODE_ERROR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请求混流cdn布局发生异常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1、请求混流cdn布局发生异常，多数为网络原因引起2、控制台输出：推流和连麦模块错误：errorCode=1060120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1060121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MIX_ACTION_DATA_PARSE_ERROR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请求混流cdn布局失败，数据解析错误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1、请求混流cdn布局成功，但是接口返回的数据解析错误2、制台输出：推流和连麦模块错误：errorCode=1060121</w:t>
            </w:r>
          </w:p>
        </w:tc>
      </w:tr>
    </w:tbl>
    <w:p>
      <w:pPr>
        <w:spacing w:after="40"/>
      </w:pPr>
    </w:p>
    <w:p>
      <w:pPr>
        <w:pStyle w:val="Heading1"/>
      </w:pPr>
      <w:r>
        <w:t>三、播放模块错误码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枚举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错误描述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原因及现象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1000401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VIDEO_PLAY_ERROR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回放视频错误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1、无法播放视频，播放界面显示【播放异常 视频无法播放，请检查网络设置（1000401-主视频）+ “视频播放路径”】2、大多数为原视频有问题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1000402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VIDEO_TIMEOUT_ERROR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视频加载超时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1、播放界面显示 【播放异常 视频无法播放，请联系管理员（1000402-主视频）+ “视频播放路径”】2、大多数为网络情况差导致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1000407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VIDEO_PATH_ERROR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播放视频路径为空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1、控制台打印错误log信息：error:" + 1000407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1000410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VIDEO_ID_ERROR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回放视频的id不合法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1、播放回放视频中输入了错误的vid引起2、播放界面显示 【视频无法播放，请联系管理员 （1000410-主视频）+ “视频播放路径”】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1000422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VIDEO_HEADERS_ERROR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设置空的headers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1、用户在设置辅助播放器的时候设置了空的headers2、播放界面显示 【视频无法播放，请联系管理员 （1000422）】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1000423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VIDEO_HOST_ERROR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设置空的host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1、用户在设置辅助播放器的时候设置了空的host2、播放界面显示 【视频无法播放，请联系管理员 （1000423）】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1000508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PLAYBACK_INFO_CODE_ERROR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请求回放视频信息失败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1、回放视频相关数据请求成功，但是返回回来的接口code不为2002、 播放界面显示 【回放视频加载错误，请重试】,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1000509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PLAYBACK_INFO_DATA_ERROR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回放视频数据为空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1、请求回放视频相关数据请求成功，但是服务端返回回来的数据为空2、播放界面显示【回放视频加载错误，请重试】3、播放界面显示播放异常 【视频加载失败，请联系管理员 （1000509-主视频）+ “视频播放路径”】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1000510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PLAYBACK_INFO_VID_ERROR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回放视频信息fileUrl为空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1、请求回放视频相关信息，请求成功，并且返回回来的数据不为空，但是返回回来的数据中的FileUrl为空2、播放界面显示【回放视频加载错误，请重试】3、播放界面显示:【播放异常 视频无法播放，请联系管理员 （1000510-主视频）+ “视频播放路径”】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1000511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PLAYBACK_INFO_LOAD_ERROR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回放信息接口请求异常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1、请求回放视频相关信息发生异常 ，一般是由网络原因引起2、播放界面显示【播放异常 视频无法播放，请联系管理员 （1000511-主视频）+ “视频播放路径”】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1000512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LIVE_INFO_LOAD_ERROR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直播信息接口请求异常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1、请求获取直播的加密channelJson发生异常，一般是由网络原因引起2、请求channelJson信息失败后会尝试请求加密channelJson，每过10s进行一次请求 3、播放界面显示:【播放异常 视频无法播放，请联系管理员 （1000512-主视频）+ “视频播放路径”】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1000514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LIVE_INFO_CODE_ERROR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解析加密channelJson失败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1、请求获取直播的加密channelJson成功，但是返回服务器返回的接口code不为2002、请求channelJson信息失败后会尝试请求加密channelJson，每过10s进行一次请求3、播放界面显示:【播放异常 视频无法播放，请联系管理员 （1000514-主视频）+ “视频播放路径”】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1000515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LIVE_RESTRICT_WATCH_ERROR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频道设置了限制条件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1、直播限制接口请求成功，结果为不允许用户观看直播 2、播放界面显示:【播放异常 视频无法播放，请联系管理员 （1000515-主视频）+ “视频播放路径”】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1000516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LIVE_RESTRICT_LOAD_ERROR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频道限制信息请求失败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1、直播限制接口请求失败了，一般是由网络原因引起2、播放界面显示:【播放异常，数据获取出错 1000516-主视频）+ “视频播放路径”】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1000517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LIVE_STATUS_DATA_PARSE_ERROR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解析直播状态数据出错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1、请求获取直播状态信息，请求成功但是解析服务器返回数据出错2、播放界面显示：【播放异常，数据解析出错 （1000517-主视频）+ “视频播放路径”】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1000519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LIVE_STATUS_LOAD_ERROR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直播状态接口请求异常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1、播放界面显示：【播放异常，数据解析出错 （1000519-主视频）+ “视频播放路径”】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1000520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LIVE_UNKNOWN_CHANNEL_TYPE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解析未知的频道类型异常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1、求直播流状态成功后会解析直播频道类型，当解析到未知的频道类型，抛出异常，当前支持频道类型为 三分屏、纯视频、大班课类型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1000521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LIVE_UNKNOWN_LIVE_STATUS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解析未知的直播状态异常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1、请求直播流状态成功后会解析直播状态，当解析到位置状态时就会抛出异常，当前已知直播状态有Live、STOP、END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1000522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LIVE_CHANNEL_JSON_PARSE_ERROR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解析加密channel json失败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1、将请求到的加密的channel json解析成明文channel json，当解析失败后就会出现这个错误码2、播放界面显示：【播放异常，fail to decrypt channel json （1000522-主视频）+ “视频播放路径”】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Android常见错误码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