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basic concepts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常见问题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业务术语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 SDK专项问题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Android SDK专项问题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Web SDK专项问题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JAVA SDK专项问题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API专项问题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其他问题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业务术语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concepts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