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task doc</w:t>
      </w:r>
    </w:p>
    <w:p>
      <w:pPr>
        <w:pStyle w:val="Heading1"/>
      </w:pPr>
      <w:r>
        <w:t>前端文档</w:t>
      </w:r>
    </w:p>
    <w:p>
      <w:pPr>
        <w:pStyle w:val="Heading2"/>
      </w:pPr>
      <w:r>
        <w:t>1、获取聊天室socket实例对象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概述：基于观看页SDK开源项目0.11.0版本为例，其他版本也可参考使用获取到socket实例。本文介绍的聊天室相关EVENT事件均没有经过观看页SDK封装，故需要使用下方代码示例进行发送和监听，其他已封装过的聊天室EVENT可在帮助中心-&gt;聊天室模块文档或开源项目中查看使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[获取聊天室 socket 实例](https://help.polyv.net/index.html#/live/js/new_sdk/live_watch_sdk/articles/modules/chat/chat-message?id=classmethoddoc_plvchatmodule_getsocket "获取聊天室 socket 实例")</w:t>
        <w:br/>
        <w:t>// 代码示例</w:t>
        <w:br/>
        <w:t>import { getWatchCore } from '@/core/watch-sdk';</w:t>
        <w:br/>
        <w:t>const watchCore = getWatchCore();</w:t>
      </w:r>
    </w:p>
    <w:p>
      <w:pPr>
        <w:pStyle w:val="Heading2"/>
      </w:pPr>
      <w:r>
        <w:t>2、发送聊天室事件(TASK_STATUS)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概述：前端主动查询任务进展状态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代码示例 （建议30S调用一次）</w:t>
        <w:br/>
        <w:t>const jsonData = {</w:t>
        <w:br/>
        <w:t xml:space="preserve">    EVENT: 'TASK_STATUS',</w:t>
        <w:br/>
        <w:t>};</w:t>
        <w:br/>
        <w:t>watchCore.chat.getSocket().emit('interactEvent', JSON.stringify(jsonData), (data: string) =&gt; {</w:t>
        <w:br/>
        <w:t xml:space="preserve">    const taskStatusData = JSON.parse(data)</w:t>
        <w:br/>
        <w:t xml:space="preserve">    console.warn('interactEvent-TASK_STATUS接收回调', taskStatusData);</w:t>
        <w:br/>
        <w:t xml:space="preserve">    /**</w:t>
        <w:br/>
        <w:t xml:space="preserve">       * @socket {callback} &lt;interactEvent&gt; TASK_STATUS</w:t>
        <w:br/>
        <w:t xml:space="preserve">       * 获取任务状态</w:t>
        <w:br/>
        <w:t xml:space="preserve">       * @returns {object} taskStatusData</w:t>
        <w:br/>
        <w:t xml:space="preserve">       * @returns {object[]} taskStatusData.taskStatus</w:t>
        <w:br/>
        <w:t xml:space="preserve">       * @returns {string} taskStatusData.taskStatus[].taskId 任务id</w:t>
        <w:br/>
        <w:t xml:space="preserve">       * @returns {?number} taskStatusData.taskStatus[].onlineTime 已在线在线时长（单位：毫秒）</w:t>
        <w:br/>
        <w:t xml:space="preserve">       * @returns {?number} taskStatusData.taskStatus[].signCount 已完成签到次数</w:t>
        <w:br/>
        <w:t xml:space="preserve">       * @returns {boolean} taskStatusData.taskStatus[].isDone 是否达成</w:t>
        <w:br/>
        <w:t xml:space="preserve">       * @returns {?number} taskStatusData.taskStatus[].speakCount 发言次数</w:t>
        <w:br/>
        <w:t xml:space="preserve">       * @returns {?string} taskStatusData.taskStatus[].payload 自定义参数</w:t>
        <w:br/>
        <w:t xml:space="preserve">       * @returns {string} taskStatusData.taskStatus[].activityId 活动id</w:t>
        <w:br/>
        <w:t xml:space="preserve">       */</w:t>
        <w:br/>
        <w:t>});</w:t>
      </w:r>
    </w:p>
    <w:p>
      <w:pPr>
        <w:pStyle w:val="Heading2"/>
      </w:pPr>
      <w:r>
        <w:t>3、监听聊天室message类型(onSliceID)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代码示例</w:t>
        <w:br/>
        <w:t>watchCore.chat.getSocket().addEventListener('message', (data: string)=&gt; {</w:t>
        <w:br/>
        <w:t xml:space="preserve">  const objData = JSON.parse(data)</w:t>
        <w:br/>
        <w:br/>
        <w:t xml:space="preserve">  // 后进入直播间的观众触发</w:t>
        <w:br/>
        <w:t xml:space="preserve">  if(objData.EVENT === 'onSliceID') {</w:t>
        <w:br/>
        <w:t xml:space="preserve">    console.warn('onSliceID', objData)</w:t>
        <w:br/>
        <w:tab/>
        <w:t>/**</w:t>
        <w:br/>
        <w:t xml:space="preserve">     * @socket {on} &lt;message&gt; onSliceID</w:t>
        <w:br/>
        <w:t xml:space="preserve">     * 监听onSliceID事件</w:t>
        <w:br/>
        <w:tab/>
        <w:t xml:space="preserve"> * @returns {...}</w:t>
        <w:br/>
        <w:t xml:space="preserve">     * @returns {?object} objData.data.listenInteractEventPayload或listenInteractEventPayloadForCustomTask 监听互动事件的数据，表示正在监听中。创建任务监听时，存在callbackUrl则为listenInteractEventPayloadForCustomTask。；否则为listenInteractEventPayload</w:t>
        <w:br/>
        <w:t xml:space="preserve">     */</w:t>
        <w:br/>
        <w:t xml:space="preserve">  }</w:t>
        <w:br/>
        <w:t>})</w:t>
      </w:r>
    </w:p>
    <w:p>
      <w:pPr>
        <w:pStyle w:val="Heading2"/>
      </w:pPr>
      <w:r>
        <w:t>4、监听聊天室interactEvent类型(START_LISTEN、TASK_DONE、END_TASK、REMOVE_TASK)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代码示例</w:t>
        <w:br/>
        <w:t>watchCore.chat.getSocket().addEventListener('interactEvent', (data: string)=&gt; {</w:t>
        <w:br/>
        <w:t xml:space="preserve">  const interactData = JSON.parse(data)</w:t>
        <w:br/>
        <w:br/>
        <w:t xml:space="preserve">  // 先进入直播间的观众触发</w:t>
        <w:br/>
        <w:t xml:space="preserve">  if(interactData.EVENT === 'START_LISTEN') {</w:t>
        <w:br/>
        <w:t xml:space="preserve">    console.warn('START_LISTEN', interactData)</w:t>
        <w:br/>
        <w:t xml:space="preserve">    /**</w:t>
        <w:br/>
        <w:t xml:space="preserve">     * @socket {on} &lt;interactEvent&gt; START_LISTEN</w:t>
        <w:br/>
        <w:t xml:space="preserve">     * 开始监听互动事件</w:t>
        <w:br/>
        <w:t xml:space="preserve">     * @returns {object} interactData</w:t>
        <w:br/>
        <w:t xml:space="preserve">     * @returns {string} interactData.type 互动类型，'inAndOut' | 'sign' | 'speak' | 'parent'</w:t>
        <w:br/>
        <w:t xml:space="preserve">     * @returns {?string} interactData.activityId 活动id</w:t>
        <w:br/>
        <w:t xml:space="preserve">     * @returns {?Array} interactData.userTags 用户标签</w:t>
        <w:br/>
        <w:t xml:space="preserve">     */</w:t>
        <w:br/>
        <w:t xml:space="preserve">  }</w:t>
        <w:br/>
        <w:br/>
        <w:t xml:space="preserve">  // 完成任务触发</w:t>
        <w:br/>
        <w:t xml:space="preserve">  if(interactData.EVENT === 'TASK_DONE') {</w:t>
        <w:br/>
        <w:t xml:space="preserve">    console.warn('TASK_DONE', interactData)</w:t>
        <w:br/>
        <w:t xml:space="preserve">    /**</w:t>
        <w:br/>
        <w:t xml:space="preserve">     * @socket {on} &lt;interactEvent&gt; TASK_DONE</w:t>
        <w:br/>
        <w:t xml:space="preserve">     * 完成任务</w:t>
        <w:br/>
        <w:t xml:space="preserve">     * @returns {object} interactData</w:t>
        <w:br/>
        <w:t xml:space="preserve">     * @returns {string} interactData.EVENT TASK_DONE</w:t>
        <w:br/>
        <w:t xml:space="preserve">     * @returns {string} interactData.taskId 任务ID</w:t>
        <w:br/>
        <w:t xml:space="preserve">     * @returns {string} interactData.activityId 活动ID</w:t>
        <w:br/>
        <w:t xml:space="preserve">     * @returns {string} interactData.roomId 房间ID</w:t>
        <w:br/>
        <w:t xml:space="preserve">     * @returns {string} interactData.taskType 任务类型，speakCount、signCount、onlineTime等</w:t>
        <w:br/>
        <w:t xml:space="preserve">     * @returns {object} interactData.taskData 任务数据</w:t>
        <w:br/>
        <w:t xml:space="preserve">     */</w:t>
        <w:br/>
        <w:t xml:space="preserve">  }</w:t>
        <w:br/>
        <w:br/>
        <w:t xml:space="preserve">  // 任务结束触发</w:t>
        <w:br/>
        <w:t xml:space="preserve">  if(interactData.EVENT === 'END_TASK') {</w:t>
        <w:br/>
        <w:t xml:space="preserve">    console.warn('END_TASK', interactData)</w:t>
        <w:br/>
        <w:t xml:space="preserve">    /**</w:t>
        <w:br/>
        <w:t xml:space="preserve">     * @socket {on} &lt;interactEvent&gt; END_TASK</w:t>
        <w:br/>
        <w:t xml:space="preserve">     * 任务结束通知</w:t>
        <w:br/>
        <w:t xml:space="preserve">     * @returns {object} interactData</w:t>
        <w:br/>
        <w:t xml:space="preserve">     * @returns {string} interactData.EVENT END_TASK</w:t>
        <w:br/>
        <w:t xml:space="preserve">     * @returns {string} interactData.taskId 任务ID</w:t>
        <w:br/>
        <w:t xml:space="preserve">     * @returns {string} interactData.activityId 活动ID</w:t>
        <w:br/>
        <w:t xml:space="preserve">     */</w:t>
        <w:br/>
        <w:t xml:space="preserve">  }</w:t>
        <w:br/>
        <w:br/>
        <w:t xml:space="preserve">  // 任务删除触发</w:t>
        <w:br/>
        <w:t xml:space="preserve">  if(interactData.EVENT === 'REMOVE_TASK') {</w:t>
        <w:br/>
        <w:t xml:space="preserve">    console.warn('REMOVE_TASK', interactData)</w:t>
        <w:br/>
        <w:t xml:space="preserve">    /**</w:t>
        <w:br/>
        <w:t xml:space="preserve">     * @socket {on} &lt;interactEvent&gt; REMOVE_TASK</w:t>
        <w:br/>
        <w:t xml:space="preserve">     * 任务删除通知</w:t>
        <w:br/>
        <w:t xml:space="preserve">     * @returns {object} interactData</w:t>
        <w:br/>
        <w:t xml:space="preserve">     * @returns {string} interactData.EVENT REMOVE_TASK</w:t>
        <w:br/>
        <w:t xml:space="preserve">     * @returns {string} interactData.taskId 任务ID</w:t>
        <w:br/>
        <w:t xml:space="preserve">     * @returns {string} interactData.activityId 活动ID</w:t>
        <w:br/>
        <w:t xml:space="preserve">     */</w:t>
        <w:br/>
        <w:t xml:space="preserve">  }</w:t>
        <w:br/>
        <w:t>})</w:t>
      </w:r>
    </w:p>
    <w:p>
      <w:pPr>
        <w:pStyle w:val="Heading2"/>
      </w:pPr>
      <w:r>
        <w:t>5、签到成功回调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</w:t>
        <w:tab/>
        <w:t>checkInSdk.events.SIGN_IN  开始签到</w:t>
        <w:br/>
        <w:t xml:space="preserve"> *</w:t>
        <w:tab/>
        <w:t>checkInSdk.events.SIGN_IN_SUCCESS 签到成功</w:t>
        <w:br/>
        <w:t xml:space="preserve"> *</w:t>
        <w:tab/>
        <w:t>checkInSdk.events.SIGN_IN_FINISH 签到限时结束</w:t>
        <w:br/>
        <w:t xml:space="preserve"> *</w:t>
        <w:tab/>
        <w:t>checkInSdk.events.STOP_SIGN_IN 讲师结束签到</w:t>
        <w:br/>
        <w:t xml:space="preserve"> *</w:t>
        <w:tab/>
        <w:t>checkInSdk.events.SIGN_IN_FAIL 签到失败</w:t>
        <w:br/>
        <w:t>**/</w:t>
        <w:br/>
        <w:t>// 1、在开源项目中找到文件src\components\page-watch-common\interactive-receive\check-in\hooks\use-check-in.ts</w:t>
        <w:br/>
        <w:t>// 2、改动参考如下</w:t>
        <w:br/>
        <w:t>const signInSuccess = () =&gt; {</w:t>
        <w:br/>
        <w:t xml:space="preserve">   console.warn('签到成功')</w:t>
        <w:br/>
        <w:t xml:space="preserve">   beforeRemoveCheckInEntrance()</w:t>
        <w:br/>
        <w:t>}</w:t>
        <w:br/>
        <w:br/>
        <w:t>onBeforeMount(() =&gt; {</w:t>
        <w:br/>
        <w:t xml:space="preserve">   ...</w:t>
        <w:br/>
        <w:t xml:space="preserve">   checkInSdk.on(checkInSdk.events.SIGN_IN_SUCCESS, signInSuccess);</w:t>
        <w:br/>
        <w:t>});</w:t>
        <w:br/>
        <w:br/>
        <w:t>onBeforeUnmount(() =&gt; {</w:t>
        <w:br/>
        <w:t xml:space="preserve">   ...</w:t>
        <w:br/>
        <w:t xml:space="preserve">   checkInSdk.off(checkInSdk.events.SIGN_IN_SUCCESS, signInSuccess);</w:t>
        <w:br/>
        <w:t>});</w:t>
      </w:r>
    </w:p>
    <w:p>
      <w:pPr>
        <w:pStyle w:val="Heading2"/>
      </w:pPr>
      <w:r>
        <w:t>6、监听聊天室customMessage类型(中奖广播通知)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代码示例</w:t>
        <w:br/>
        <w:t>watchCore.chat.getSocket().addEventListener('customMessage', (data: string)=&gt; {</w:t>
        <w:br/>
        <w:t xml:space="preserve">    console.warn('customMessage', data);</w:t>
        <w:br/>
        <w:t>});</w:t>
      </w:r>
    </w:p>
    <w:p>
      <w:pPr>
        <w:pStyle w:val="Heading1"/>
      </w:pPr>
      <w:r>
        <w:t>后端文档</w:t>
      </w:r>
    </w:p>
    <w:p>
      <w:pPr>
        <w:pStyle w:val="Heading2"/>
      </w:pPr>
      <w:r>
        <w:t>7、创建互动监听事件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创建互动监听事件</w:t>
      </w:r>
    </w:p>
    <w:p>
      <w:pPr>
        <w:pStyle w:val="Heading2"/>
      </w:pPr>
      <w:r>
        <w:t>8、删除互动监听事件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删除互动监听事件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1、END_TASK下发会带上任务id或活动id。</w:t>
        <w:br/>
        <w:t>2、删除会发送 REMOVE_TASK 事件</w:t>
      </w:r>
    </w:p>
    <w:p>
      <w:pPr>
        <w:pStyle w:val="Heading2"/>
      </w:pPr>
      <w:r>
        <w:t>9、广播中奖消息接口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并发限制：1秒内，所有请求的userIds的长度加起来不能超过8万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根据用户ID进行广播消息</w:t>
      </w:r>
    </w:p>
    <w:p>
      <w:pPr>
        <w:pStyle w:val="Heading2"/>
      </w:pPr>
      <w:r>
        <w:t>10、广播开奖接口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发送自定义 消息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doc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