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如何使用助教角色管理好直播间？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助教可以和讲师互相配合，有效分担直播任务；设计更加丰富的直播流程，善用工具，产生更加完美的直播效果。本文总结了直播过程中助教常见的参与形式，可以结合自己的业务需求，灵活运用，提高直播质量。</w:t>
      </w:r>
    </w:p>
    <w:p>
      <w:pPr>
        <w:pStyle w:val="Heading1"/>
      </w:pPr>
      <w:r>
        <w:t>答题测试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直播过程中如果观众不及时提出自己的疑问，讲师很难确定观众是否完全理解，此时助教可以主动发布测评来获得反馈。有三个技巧可以借鉴：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充分准备：在直播前，助教提前了解直播内容，将难点、重点内容编辑成为题目，上传至答题卡、问答列表，避免在直播过程中，长时间让观众等待题目，失去兴趣。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有序分享：提前和讲师设计内容分享和答题的流程，有序发布答题，边看边练，学以致用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答题分析：回收答题结果后，立刻查看答题结果，针对正确率不高的问题，再次讲解，强化观众认知，有效提高直播效果。</w:t>
      </w:r>
    </w:p>
    <w:p>
      <w:pPr>
        <w:pStyle w:val="Heading1"/>
      </w:pPr>
      <w:r>
        <w:t>带动气氛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在直播过程中，助教甚至可以根据直播间的气氛做有针对性的爆场。如90分钟的直播，可选择三个时间段集中派发红包，并用关键词刷屏等方式，烘托直播氛围。 如果遇到“冷场”，助教可率先在直播间抛出一系列问题，激发学员共鸣，给予点名表扬、奖励小礼物等来提升互动活跃。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内容呈现也要讲究技巧：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视觉呈现上，图示冲击强，多图少字更有力；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情绪传达上，加强课堂情绪感染力，带动学员全情投入；</w:t>
      </w:r>
    </w:p>
    <w:p>
      <w:pPr>
        <w:pStyle w:val="Heading1"/>
      </w:pPr>
      <w:r>
        <w:t>答疑解惑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主讲在分享内容时，经常无法及时回复、或者遗漏观众提出的问题，此时助教可以主动关注问答列表动态，回复观众在问答列表的提问，有以下技巧可以参考：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关注未回复：可以在问答列表筛，设置问答筛选条件为“未回复”，专注于新问题的回答，避免内容过多有所遗漏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挑选重点：当问题过多，可以在问答列表中，针对重点用户问题、共性问题、难点问题优先解答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灵活私聊：某些问题的回答内容，不想让所有观众都看到，可以在回复的时候勾选私聊模式</w:t>
      </w:r>
    </w:p>
    <w:p>
      <w:pPr>
        <w:pStyle w:val="Heading1"/>
      </w:pPr>
      <w:r>
        <w:t>合规监控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在直播聊天室中，助教可以对直播间的聊天内容严格把关，保利威本身提供 AI审核，能够实时鉴别暴恐、涉政、涉黄等敏感信息，也向助教提供了三级人工管控措施：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初级：如果有观众发布违规内容，可以及时删除聊天消息、问答，并提出警告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中级：观众无视警告提醒，重复发送违规内容，助教可以直接禁止此观众发言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严重：针对在聊天室或其他模块，发布敏感内容，并造成严重影响的观众，助教可以直接将观众踢出频道，被踢出的观众无法再次进入观看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如何使用助教角色管理好直播间？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