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使用说明</w:t>
      </w:r>
    </w:p>
    <w:p>
      <w:pPr>
        <w:pStyle w:val="Heading1"/>
      </w:pPr>
      <w:r>
        <w:t>SaaS方式接入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适用于零代码使用的客户</w:t>
      </w:r>
    </w:p>
    <w:p>
      <w:pPr>
        <w:pStyle w:val="Heading2"/>
      </w:pPr>
      <w:r>
        <w:t>创建直播间频道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创建时，直播延迟选项选择“无延迟”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76159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e64b7d6f2c073a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76159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登录开播端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支持登录以下版本开播端发起无延迟直播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网页开播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win客户端4.0.0以上版本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mac客户端</w:t>
      </w:r>
    </w:p>
    <w:p>
      <w:pPr>
        <w:pStyle w:val="Heading1"/>
      </w:pPr>
      <w:r>
        <w:t>SDK方式接入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针对已经使用过保利威直播服务的老客户，且是以SDK方式接入，希望能在客户自己页面和APP中实现无延迟观看。</w:t>
      </w:r>
    </w:p>
    <w:p>
      <w:pPr>
        <w:pStyle w:val="Heading2"/>
      </w:pPr>
      <w:r>
        <w:t>支持无延迟观看效果的SDK版本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端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接入方式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不支持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兼容性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 web/移动web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JS-SDK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直播JS-SDK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（目前是在帮助中心这个直播JS-SDK版本基础上出了一个增加无延迟逻辑的独立js文件，其他逻辑是与原来保持一致的。）【对接说明】* 若是全新对接：直接按文档接入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* 若是老项目升级：原本已经有在使用直播JS-SDK，需按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，文档说明替换一下js文件以及加上lowLatency: true参数。【资料】*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帮助中心的直播JS-SDK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* 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无延迟直播JS-SDK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： 目前在不支持无延迟观看的系统和浏览器下自动降级到有延迟观看。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* 外嵌的播放器* 聊天室JS-SDK* 外嵌的播放器+聊天室JS-SDK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都不支持无延迟观看！自动降级到有延迟观看。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PRTC Web SDK移动端兼容性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移动APP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移动端SDK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直播多场景观看SDK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Android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iOS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客户APP只要原来不是接入直播多场景观看SDK，都按github集成文档说明进行集成最新的多场景观看SDK，SDK内部已具备无延迟观看的能力。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云课堂观看SDK普通直播观看SDK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都不支持无延迟观看！自动降级到有延迟观看。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兼容无延迟观看的系统版本</w:t>
            </w: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移动APP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webview H5页面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不推荐，无延迟兼容性不好，与机型、系统版本和浏览器有关。若要较好的无延迟观看体验，集成SDK！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