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无延迟直播（PRTC Web SDK移动端）兼容性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&amp;emsp;&amp;emsp;PRTC Web SDK 是基于 WebRTC 实现音视频通信的，因此依赖于浏览器对 WebRTC 的支持。 尽管移动端主流的浏览器都支持 WebRTC，但是由于平台和一些应用内置浏览器的实现各不相同，移动端对音视频编解码的支持情况比较复杂，本文简单介绍移动端各种应用场景下对发送和接收音视频流的支持。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&amp;emsp;&amp;emsp;PRTC Web SDK移动端兼容的浏览器，具体如下表所示：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平台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浏览器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Android 5.0+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Chrome 60+华为手机浏览器 10+微信公众号/微信浏览器 7+内嵌 WebView 的应用（部分设备）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iOS 13+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苹果Safari 13+微信公众号/微信浏览器 7+（仅支持接收）Chrome 60+（仅支持接收）内嵌 WebView 的应用（仅支持接收）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iOS 14.3+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苹果Safari 13+微信公众号/微信浏览器 7+Chrome 60+内嵌 WebView 的应用</w:t>
            </w:r>
          </w:p>
        </w:tc>
      </w:tr>
    </w:tbl>
    <w:p>
      <w:pPr>
        <w:spacing w:after="40"/>
      </w:pP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iOS 14.3以下的系统有限制，仅允许 苹果safari 浏览器 使用麦克风、摄像头设备；不允许 其他浏览器 使用麦克风、摄像头设备，因此iOS 14.3以下的系统中的微信浏览器、谷歌Chrome浏览器中无法发布视频流，仅支持接收。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iOS 14.3及以上的系统放开了设备权限，除了 苹果safari 浏览器，其他浏览器 如 微信浏览器、谷歌Chrome浏览器，可以申请 麦克风、摄像头设备的使用权限，因此iOS 14.3及以上的系统中的 微信浏览器、谷歌Chrome浏览器 可以支持连麦。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保利威无延迟直播增加的逻辑：iOS 13以下降级为CDN观看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ios 11 ～ 12 理论上支持无延迟，但只支持同时一个视频在播，并且存在较多兼容性问题所以降级为CDN播放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ios 14.2.x 版本因为ios系统的故障，存在声音异常的问题，所以降级为CDN播放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无延迟需要在https下播放</w:t>
      </w:r>
    </w:p>
    <w:p>
      <w:pPr>
        <w:pStyle w:val="Heading1"/>
      </w:pPr>
      <w:r>
        <w:t>iOS平台的兼容性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&amp;emsp;&amp;emsp;iOS 平台上所有的应用内置浏览器只能使用系统提供的 WebView，iOS 14.3以下版本不支持发送音视频流，仅支持接收；iOS 14.3及以上版本支持连麦。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浏览器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VP8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H.264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Safari 浏览器（支持发送和接收）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iOS 12.2 及以后版本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iOS 11 及以后版本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微信公众号/微信浏览器 7+（支持发送和接收）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iOS 14.3 及以后版本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iOS 14.3 及以后版本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Chrome 60+（支持发送和接收）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iOS 14.3 及以后版本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iOS 14.3 及以后版本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内嵌 WebView 的应用（支持发送和接收）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iOS 14.3 及以后版本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iOS 14.3 及以后版本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微信公众号/微信浏览器 7+（仅支持接收）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iOS 12.2 及以后版本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iOS 12.1.4 及以后版本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Chrome 60+（仅支持接收）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iOS 12.2 及以后版本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iOS 12.1.4 及以后版本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内嵌 WebView 的应用（仅支持接收）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iOS 12.2 及以后版本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iOS 12.1.4 及以后版本</w:t>
            </w:r>
          </w:p>
        </w:tc>
      </w:tr>
    </w:tbl>
    <w:p>
      <w:pPr>
        <w:spacing w:after="40"/>
      </w:pPr>
    </w:p>
    <w:p>
      <w:pPr>
        <w:pStyle w:val="Heading1"/>
      </w:pPr>
      <w:r>
        <w:t>Android平台的兼容性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&amp;emsp;&amp;emsp;安卓平台原生的 WebView 支持自定义，因此不同设备、不同应用的 WebView 实现可能不同。下面列出三种浏览器对编解码格式的支持：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浏览器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VP8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H.264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Chrome 60+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支持发送和接收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部分设备支持发送和接收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微信公众号/微信浏览器 7+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支持发送和接收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部分设备支持发送和接收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内嵌 WebView 的应用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部分设备支持发送和接收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部分设备支持发送和接收</w:t>
            </w:r>
          </w:p>
        </w:tc>
      </w:tr>
    </w:tbl>
    <w:p>
      <w:pPr>
        <w:spacing w:after="40"/>
      </w:pP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无延迟直播（PRTC Web SDK移动端）兼容性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