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无延迟常见问题</w:t>
      </w:r>
    </w:p>
    <w:p>
      <w:pPr>
        <w:pStyle w:val="Heading1"/>
      </w:pPr>
      <w:r>
        <w:t>用户没有升级SDK可以看无延迟直播吗？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Q：若客户APP原来是集成云课堂观看SDK，后面为接入无延迟，已升级到多场景观看SDK，但是APP没有要求强制更新，存在部分学员更新了APP，部分学员没更新APP，那么学员观看无延迟的频道会是怎么一个情况。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A：更新了APP（集成多场景观看SDK）的学员会能观看到无延迟效果，没更新APP（集成云课堂观看SDK）的学员也是能正常观看直播，只是会有延迟。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无延迟常见问题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