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网页开播更新</w:t>
      </w:r>
    </w:p>
    <w:p>
      <w:pPr>
        <w:pStyle w:val="Heading1"/>
      </w:pPr>
      <w:r>
        <w:t>3.1.21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2022 年 04月 27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【新增】【网页开播】支持嘉宾互相授权 ，联系售后开通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【优化】从测试模式切回到正式直播时，网页嘉宾端还是显示“测试中”问题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【优化】【网页开播】三分屏共享屏幕后，默认切换主画面为屏幕画面</w:t>
      </w:r>
    </w:p>
    <w:p>
      <w:pPr>
        <w:pStyle w:val="Heading1"/>
      </w:pPr>
      <w:r>
        <w:t>3.1.19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2022 年 03月 18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【优化】精简检测在没有摄像头的情况下无法进入直播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【优化】RTC异常断开或重连成功后要有提示</w:t>
      </w:r>
    </w:p>
    <w:p>
      <w:pPr>
        <w:pStyle w:val="Heading1"/>
      </w:pPr>
      <w:r>
        <w:t>3.1.18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2022 年 02 月 24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【优化】【网页开播】网络请求超时时，返回提示文案，无需跳转缺省页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【优化】【网页开播】回复消息时，发送表情会被"回复"消息挡住</w:t>
      </w:r>
    </w:p>
    <w:p>
      <w:pPr>
        <w:pStyle w:val="Heading1"/>
      </w:pPr>
      <w:r>
        <w:t>3.1.17.1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2022 年 01 月 20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【新增】开播端可接收并记录主播信息，关联到场次数据上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【新增】开播端增加网络的检测步骤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【优化】PPT翻页时增加优化提示</w:t>
      </w:r>
    </w:p>
    <w:p>
      <w:pPr>
        <w:pStyle w:val="Heading1"/>
      </w:pPr>
      <w:r>
        <w:t>3.1.16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12 月 30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【优化】网页开播端观众进入提示样式优化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【优化】平台抽奖中奖个数上限调整</w:t>
      </w:r>
    </w:p>
    <w:p>
      <w:pPr>
        <w:pStyle w:val="Heading1"/>
      </w:pPr>
      <w:r>
        <w:t>3.1.15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12 月 02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【优化】成员列表上麦按钮与连麦通道开关状态关联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【优化】红包未开通的功能移除入口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【优化】（直播舱）使用手写屏难PPT翻页问题</w:t>
      </w:r>
    </w:p>
    <w:p>
      <w:pPr>
        <w:pStyle w:val="Heading1"/>
      </w:pPr>
      <w:r>
        <w:t>3.1.14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11 月18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【优化】多媒体的关闭按钮及交互优化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【优化】网页开播「开始」按钮补充操作提示</w:t>
      </w:r>
    </w:p>
    <w:p>
      <w:pPr>
        <w:pStyle w:val="Heading1"/>
      </w:pPr>
      <w:r>
        <w:t>3.1.11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10 月21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【新增】网页开播支持多白板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【优化】网页开播嘉宾功能对齐客户端可将嘉宾下麦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【优化】网页开播，rtc断开增加提示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【优化】聊天室断开后的提示优化</w:t>
      </w:r>
    </w:p>
    <w:p>
      <w:pPr>
        <w:pStyle w:val="Heading1"/>
      </w:pPr>
      <w:r>
        <w:t>3.1.10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9 月28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【优化】非无延迟直播的直播状态只与点击上下课相关，与CDN流状态无关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【优化】网页开播画面使用适配而非铺满的方式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【修复】因mute摄像头后播放多媒体未更新混流，导致直播中视频区域有画面，回放没有画面问题</w:t>
      </w:r>
    </w:p>
    <w:p>
      <w:pPr>
        <w:pStyle w:val="Heading1"/>
      </w:pPr>
      <w:r>
        <w:t>3.1.9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9 月23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【新增】网页开播多媒体支持mp3等音频文件格式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【优化】官方开播端判断能否登录以聊天室是否在线而非流状态(网页开播)</w:t>
      </w:r>
    </w:p>
    <w:p>
      <w:pPr>
        <w:pStyle w:val="Heading1"/>
      </w:pPr>
      <w:r>
        <w:t>3.1.0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7 月5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【新增】无延迟直播间支持直播中切换清晰度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【修复】使用了polycom拉流之后，再进入网页开播，网页开播会显示正在上课中</w:t>
      </w:r>
    </w:p>
    <w:p>
      <w:pPr>
        <w:pStyle w:val="Heading1"/>
      </w:pPr>
      <w:r>
        <w:t>3.0.6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6 月10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【新增】画笔工具，可以自定义画笔粗细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【优化】PRTC支持播放多媒体视频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【优化】网页开播增加首次使用指引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【优化】文本输入工具，工具栏宽度可适配文本长度显示，可自动换行</w:t>
      </w:r>
    </w:p>
    <w:p>
      <w:pPr>
        <w:pStyle w:val="Heading1"/>
      </w:pPr>
      <w:r>
        <w:t>3.0.5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6 月3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【新增】网页开播PPT增加分享区域全屏操作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【新增】网页开播支持讲师全体静音</w:t>
      </w:r>
    </w:p>
    <w:p>
      <w:pPr>
        <w:pStyle w:val="Heading1"/>
      </w:pPr>
      <w:r>
        <w:t>3.0.4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5 月 27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【优化】网页开播授予嘉宾主讲权限后才能发起屏幕共享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【优化】【网页开播】Chrome 88 和 89 播放本地多媒体视频黑屏问题优化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【优化】【网页开播】讲师摄像头昵称阴影样式优化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【修复】网页开播屏幕共享会导致麦克风自动关闭问题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网页开播更新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