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手机开播更新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[comment]: &lt;&gt; (## 1.6.0)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[comment]: &lt;&gt; (该版本于 2021 年 6 月 18 日发布)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[comment]: &lt;&gt; (- 新增嘉宾登录功能)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[comment]: &lt;&gt; (- 聊天室断开和重连成功增加提示)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[comment]: &lt;&gt; (- 根据后台设置的连麦人数限制，优化UI交互)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[comment]: &lt;&gt; (- 修复部分频道推流断网后无法收到提示的问题)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[comment]: &lt;&gt; (- 修复其它已知问题)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[comment]: &lt;&gt; (## 1.5.0)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[comment]: &lt;&gt; (该版本于 2021 年 6 月 18 日发布)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[comment]: &lt;&gt; (- 【新增】支持 文档+视频 模板开播)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手机开播更新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