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客户端开播更新</w:t>
      </w:r>
    </w:p>
    <w:p>
      <w:pPr>
        <w:pStyle w:val="Heading1"/>
      </w:pPr>
      <w:r>
        <w:t>4.6.0</w:t>
      </w:r>
    </w:p>
    <w:p>
      <w:r>
        <w:rPr>
          <w:rFonts w:ascii="Source Han Sans SC" w:hAnsi="Source Han Sans SC" w:eastAsia="Source Han Sans SC" w:cs="Source Han Sans SC" w:hint="eastAsia"/>
          <w:sz w:val="21"/>
        </w:rPr>
        <w:t>该版本于 2021 年 4 月 27日发布</w:t>
      </w:r>
    </w:p>
    <w:p>
      <w:pPr>
        <w:pStyle w:val="ListBullet"/>
      </w:pPr>
      <w:r>
        <w:rPr>
          <w:rFonts w:ascii="Source Han Sans SC" w:hAnsi="Source Han Sans SC" w:eastAsia="Source Han Sans SC" w:cs="Source Han Sans SC" w:hint="eastAsia"/>
          <w:sz w:val="21"/>
        </w:rPr>
        <w:t>【新增】新版美颜功能上线，支持大眼瘦脸，支持1080P使用（联系销售开通）</w:t>
      </w:r>
    </w:p>
    <w:p>
      <w:pPr>
        <w:pStyle w:val="ListBullet"/>
      </w:pPr>
      <w:r>
        <w:rPr>
          <w:rFonts w:ascii="Source Han Sans SC" w:hAnsi="Source Han Sans SC" w:eastAsia="Source Han Sans SC" w:cs="Source Han Sans SC" w:hint="eastAsia"/>
          <w:sz w:val="21"/>
        </w:rPr>
        <w:t>【优化】无延迟频道选择不使用连麦，客户端隐藏连麦入口</w:t>
      </w:r>
    </w:p>
    <w:p>
      <w:pPr>
        <w:pStyle w:val="ListBullet"/>
      </w:pPr>
      <w:r>
        <w:rPr>
          <w:rFonts w:ascii="Source Han Sans SC" w:hAnsi="Source Han Sans SC" w:eastAsia="Source Han Sans SC" w:cs="Source Han Sans SC" w:hint="eastAsia"/>
          <w:sz w:val="21"/>
        </w:rPr>
        <w:t>【优化】优化纯视频场景的画笔问题</w:t>
      </w:r>
    </w:p>
    <w:p>
      <w:pPr>
        <w:pStyle w:val="ListBullet"/>
      </w:pPr>
      <w:r>
        <w:rPr>
          <w:rFonts w:ascii="Source Han Sans SC" w:hAnsi="Source Han Sans SC" w:eastAsia="Source Han Sans SC" w:cs="Source Han Sans SC" w:hint="eastAsia"/>
          <w:sz w:val="21"/>
        </w:rPr>
        <w:t>【优化】优化回声问题</w:t>
      </w:r>
    </w:p>
    <w:p>
      <w:pPr>
        <w:pStyle w:val="ListBullet"/>
      </w:pPr>
      <w:r>
        <w:rPr>
          <w:rFonts w:ascii="Source Han Sans SC" w:hAnsi="Source Han Sans SC" w:eastAsia="Source Han Sans SC" w:cs="Source Han Sans SC" w:hint="eastAsia"/>
          <w:sz w:val="21"/>
        </w:rPr>
        <w:t>【优化】讲师、嘉宾自己发送消息，不触发小红点提示</w:t>
      </w:r>
    </w:p>
    <w:p>
      <w:pPr>
        <w:pStyle w:val="ListBullet"/>
      </w:pPr>
      <w:r>
        <w:rPr>
          <w:rFonts w:ascii="Source Han Sans SC" w:hAnsi="Source Han Sans SC" w:eastAsia="Source Han Sans SC" w:cs="Source Han Sans SC" w:hint="eastAsia"/>
          <w:sz w:val="21"/>
        </w:rPr>
        <w:t>【优化】客户端点击图片放大交互修改，可预览整个图片，可放大缩小</w:t>
      </w:r>
    </w:p>
    <w:p>
      <w:pPr>
        <w:pStyle w:val="ListBullet"/>
      </w:pPr>
      <w:r>
        <w:rPr>
          <w:rFonts w:ascii="Source Han Sans SC" w:hAnsi="Source Han Sans SC" w:eastAsia="Source Han Sans SC" w:cs="Source Han Sans SC" w:hint="eastAsia"/>
          <w:sz w:val="21"/>
        </w:rPr>
        <w:t>【优化】桌面共享，某些情况下顶部菜单不会收起</w:t>
      </w:r>
    </w:p>
    <w:p>
      <w:pPr>
        <w:pStyle w:val="ListBullet"/>
      </w:pPr>
      <w:r>
        <w:rPr>
          <w:rFonts w:ascii="Source Han Sans SC" w:hAnsi="Source Han Sans SC" w:eastAsia="Source Han Sans SC" w:cs="Source Han Sans SC" w:hint="eastAsia"/>
          <w:sz w:val="21"/>
        </w:rPr>
        <w:t>【优化】嘉宾连麦状态样式对齐网页开播</w:t>
      </w:r>
    </w:p>
    <w:p>
      <w:pPr>
        <w:pStyle w:val="ListBullet"/>
      </w:pPr>
      <w:r>
        <w:rPr>
          <w:rFonts w:ascii="Source Han Sans SC" w:hAnsi="Source Han Sans SC" w:eastAsia="Source Han Sans SC" w:cs="Source Han Sans SC" w:hint="eastAsia"/>
          <w:sz w:val="21"/>
        </w:rPr>
        <w:t>【修复】win插拔耳机|扬声器导致扬声器采集无声音</w:t>
      </w:r>
    </w:p>
    <w:p>
      <w:pPr>
        <w:pStyle w:val="ListBullet"/>
      </w:pPr>
      <w:r>
        <w:rPr>
          <w:rFonts w:ascii="Source Han Sans SC" w:hAnsi="Source Han Sans SC" w:eastAsia="Source Han Sans SC" w:cs="Source Han Sans SC" w:hint="eastAsia"/>
          <w:sz w:val="21"/>
        </w:rPr>
        <w:t>【修复】客户端关闭时由于网络异常和日志文件过大造成界面关闭无响应问题</w:t>
      </w:r>
    </w:p>
    <w:p>
      <w:pPr>
        <w:pStyle w:val="Heading1"/>
      </w:pPr>
      <w:r>
        <w:t>4.5.6</w:t>
      </w:r>
    </w:p>
    <w:p>
      <w:r>
        <w:rPr>
          <w:rFonts w:ascii="Source Han Sans SC" w:hAnsi="Source Han Sans SC" w:eastAsia="Source Han Sans SC" w:cs="Source Han Sans SC" w:hint="eastAsia"/>
          <w:sz w:val="21"/>
        </w:rPr>
        <w:t>该版本于 2021 年 2月 25日发布</w:t>
      </w:r>
    </w:p>
    <w:p>
      <w:pPr>
        <w:pStyle w:val="ListBullet"/>
      </w:pPr>
      <w:r>
        <w:rPr>
          <w:rFonts w:ascii="Source Han Sans SC" w:hAnsi="Source Han Sans SC" w:eastAsia="Source Han Sans SC" w:cs="Source Han Sans SC" w:hint="eastAsia"/>
          <w:sz w:val="21"/>
        </w:rPr>
        <w:t>【新增】通过网页唤起客户端时，可接收并记录主播信息</w:t>
      </w:r>
    </w:p>
    <w:p>
      <w:pPr>
        <w:pStyle w:val="ListBullet"/>
      </w:pPr>
      <w:r>
        <w:rPr>
          <w:rFonts w:ascii="Source Han Sans SC" w:hAnsi="Source Han Sans SC" w:eastAsia="Source Han Sans SC" w:cs="Source Han Sans SC" w:hint="eastAsia"/>
          <w:sz w:val="21"/>
        </w:rPr>
        <w:t>【修复】支持TRTC的无延迟+不使用连麦</w:t>
      </w:r>
    </w:p>
    <w:p>
      <w:pPr>
        <w:pStyle w:val="ListBullet"/>
      </w:pPr>
      <w:r>
        <w:rPr>
          <w:rFonts w:ascii="Source Han Sans SC" w:hAnsi="Source Han Sans SC" w:eastAsia="Source Han Sans SC" w:cs="Source Han Sans SC" w:hint="eastAsia"/>
          <w:sz w:val="21"/>
        </w:rPr>
        <w:t>【修复】trtc连麦会出现回音</w:t>
      </w:r>
    </w:p>
    <w:p>
      <w:pPr>
        <w:pStyle w:val="Heading1"/>
      </w:pPr>
      <w:r>
        <w:t>4.5.5</w:t>
      </w:r>
    </w:p>
    <w:p>
      <w:r>
        <w:rPr>
          <w:rFonts w:ascii="Source Han Sans SC" w:hAnsi="Source Han Sans SC" w:eastAsia="Source Han Sans SC" w:cs="Source Han Sans SC" w:hint="eastAsia"/>
          <w:sz w:val="21"/>
        </w:rPr>
        <w:t>该版本于 2021 年 1月 17日发布</w:t>
      </w:r>
    </w:p>
    <w:p>
      <w:pPr>
        <w:pStyle w:val="ListBullet"/>
      </w:pPr>
      <w:r>
        <w:rPr>
          <w:rFonts w:ascii="Source Han Sans SC" w:hAnsi="Source Han Sans SC" w:eastAsia="Source Han Sans SC" w:cs="Source Han Sans SC" w:hint="eastAsia"/>
          <w:sz w:val="21"/>
        </w:rPr>
        <w:t>【新增】恢复美颜功能</w:t>
      </w:r>
    </w:p>
    <w:p>
      <w:pPr>
        <w:pStyle w:val="ListBullet"/>
      </w:pPr>
      <w:r>
        <w:rPr>
          <w:rFonts w:ascii="Source Han Sans SC" w:hAnsi="Source Han Sans SC" w:eastAsia="Source Han Sans SC" w:cs="Source Han Sans SC" w:hint="eastAsia"/>
          <w:sz w:val="21"/>
        </w:rPr>
        <w:t>【优化】移除了踢人时的二次确认逻辑，该逻辑导致客户端崩溃</w:t>
      </w:r>
    </w:p>
    <w:p>
      <w:pPr>
        <w:pStyle w:val="ListBullet"/>
      </w:pPr>
      <w:r>
        <w:rPr>
          <w:rFonts w:ascii="Source Han Sans SC" w:hAnsi="Source Han Sans SC" w:eastAsia="Source Han Sans SC" w:cs="Source Han Sans SC" w:hint="eastAsia"/>
          <w:sz w:val="21"/>
        </w:rPr>
        <w:t>【修复】【UCloud】客户端开播，网页嘉宾mute摄像头，然后屏幕共享，混流黑屏</w:t>
      </w:r>
    </w:p>
    <w:p>
      <w:pPr>
        <w:pStyle w:val="ListBullet"/>
      </w:pPr>
      <w:r>
        <w:rPr>
          <w:rFonts w:ascii="Source Han Sans SC" w:hAnsi="Source Han Sans SC" w:eastAsia="Source Han Sans SC" w:cs="Source Han Sans SC" w:hint="eastAsia"/>
          <w:sz w:val="21"/>
        </w:rPr>
        <w:t>【修复】桌面分享退出时动画引起的崩溃</w:t>
      </w:r>
    </w:p>
    <w:p>
      <w:pPr>
        <w:pStyle w:val="Heading1"/>
      </w:pPr>
      <w:r>
        <w:t>4.5.4</w:t>
      </w:r>
    </w:p>
    <w:p>
      <w:r>
        <w:rPr>
          <w:rFonts w:ascii="Source Han Sans SC" w:hAnsi="Source Han Sans SC" w:eastAsia="Source Han Sans SC" w:cs="Source Han Sans SC" w:hint="eastAsia"/>
          <w:sz w:val="21"/>
        </w:rPr>
        <w:t>该版本于 2021 年 12 月 31日发布</w:t>
      </w:r>
    </w:p>
    <w:p>
      <w:pPr>
        <w:pStyle w:val="ListBullet"/>
      </w:pPr>
      <w:r>
        <w:rPr>
          <w:rFonts w:ascii="Source Han Sans SC" w:hAnsi="Source Han Sans SC" w:eastAsia="Source Han Sans SC" w:cs="Source Han Sans SC" w:hint="eastAsia"/>
          <w:sz w:val="21"/>
        </w:rPr>
        <w:t>【新增】场景布局保存至本地设备，不跟随频道，需要在新版后台-平台设置-客户端中开启</w:t>
      </w:r>
    </w:p>
    <w:p>
      <w:pPr>
        <w:pStyle w:val="ListBullet"/>
      </w:pPr>
      <w:r>
        <w:rPr>
          <w:rFonts w:ascii="Source Han Sans SC" w:hAnsi="Source Han Sans SC" w:eastAsia="Source Han Sans SC" w:cs="Source Han Sans SC" w:hint="eastAsia"/>
          <w:sz w:val="21"/>
        </w:rPr>
        <w:t>【优化】摄像头全屏后无法切换镜像，OBS限制，已加上文案说明</w:t>
      </w:r>
    </w:p>
    <w:p>
      <w:pPr>
        <w:pStyle w:val="ListBullet"/>
      </w:pPr>
      <w:r>
        <w:rPr>
          <w:rFonts w:ascii="Source Han Sans SC" w:hAnsi="Source Han Sans SC" w:eastAsia="Source Han Sans SC" w:cs="Source Han Sans SC" w:hint="eastAsia"/>
          <w:sz w:val="21"/>
        </w:rPr>
        <w:t>【修复】快捷键相关崩溃修复</w:t>
      </w:r>
    </w:p>
    <w:p>
      <w:pPr>
        <w:pStyle w:val="ListBullet"/>
      </w:pPr>
      <w:r>
        <w:rPr>
          <w:rFonts w:ascii="Source Han Sans SC" w:hAnsi="Source Han Sans SC" w:eastAsia="Source Han Sans SC" w:cs="Source Han Sans SC" w:hint="eastAsia"/>
          <w:sz w:val="21"/>
        </w:rPr>
        <w:t>【修复】Mac电脑4.5.3客户端测试扬声器没有声音的问题</w:t>
      </w:r>
    </w:p>
    <w:p>
      <w:pPr>
        <w:pStyle w:val="Heading1"/>
      </w:pPr>
      <w:r>
        <w:t>4.5.3</w:t>
      </w:r>
    </w:p>
    <w:p>
      <w:r>
        <w:rPr>
          <w:rFonts w:ascii="Source Han Sans SC" w:hAnsi="Source Han Sans SC" w:eastAsia="Source Han Sans SC" w:cs="Source Han Sans SC" w:hint="eastAsia"/>
          <w:sz w:val="21"/>
        </w:rPr>
        <w:t>该版本于 2021 年 12 月 08 日发布</w:t>
      </w:r>
    </w:p>
    <w:p>
      <w:pPr>
        <w:pStyle w:val="ListBullet"/>
      </w:pPr>
      <w:r>
        <w:rPr>
          <w:rFonts w:ascii="Source Han Sans SC" w:hAnsi="Source Han Sans SC" w:eastAsia="Source Han Sans SC" w:cs="Source Han Sans SC" w:hint="eastAsia"/>
          <w:sz w:val="21"/>
        </w:rPr>
        <w:t>【修复】嘉宾连麦时，偶尔出现闪屏的问题</w:t>
      </w:r>
    </w:p>
    <w:p>
      <w:pPr>
        <w:pStyle w:val="ListBullet"/>
      </w:pPr>
      <w:r>
        <w:rPr>
          <w:rFonts w:ascii="Source Han Sans SC" w:hAnsi="Source Han Sans SC" w:eastAsia="Source Han Sans SC" w:cs="Source Han Sans SC" w:hint="eastAsia"/>
          <w:sz w:val="21"/>
        </w:rPr>
        <w:t>【修复】无麦克风设备时，系统或多媒体无声音的问题</w:t>
      </w:r>
    </w:p>
    <w:p>
      <w:pPr>
        <w:pStyle w:val="Heading1"/>
      </w:pPr>
      <w:r>
        <w:t>4.5.2</w:t>
      </w:r>
    </w:p>
    <w:p>
      <w:r>
        <w:rPr>
          <w:rFonts w:ascii="Source Han Sans SC" w:hAnsi="Source Han Sans SC" w:eastAsia="Source Han Sans SC" w:cs="Source Han Sans SC" w:hint="eastAsia"/>
          <w:sz w:val="21"/>
        </w:rPr>
        <w:t>该版本于 2021 年 11 月 30 日发布</w:t>
      </w:r>
    </w:p>
    <w:p>
      <w:pPr>
        <w:pStyle w:val="ListBullet"/>
      </w:pPr>
      <w:r>
        <w:rPr>
          <w:rFonts w:ascii="Source Han Sans SC" w:hAnsi="Source Han Sans SC" w:eastAsia="Source Han Sans SC" w:cs="Source Han Sans SC" w:hint="eastAsia"/>
          <w:sz w:val="21"/>
        </w:rPr>
        <w:t>【新增】纯视频-大班（极速模式）新增精简模式，可将客户端精简成只看聊天室</w:t>
      </w:r>
    </w:p>
    <w:p>
      <w:pPr>
        <w:pStyle w:val="ListBullet"/>
      </w:pPr>
      <w:r>
        <w:rPr>
          <w:rFonts w:ascii="Source Han Sans SC" w:hAnsi="Source Han Sans SC" w:eastAsia="Source Han Sans SC" w:cs="Source Han Sans SC" w:hint="eastAsia"/>
          <w:sz w:val="21"/>
        </w:rPr>
        <w:t>【新增】纯视频-大班（极速模式）新增图片素材，可在直播区添加图片</w:t>
      </w:r>
    </w:p>
    <w:p>
      <w:pPr>
        <w:pStyle w:val="ListBullet"/>
      </w:pPr>
      <w:r>
        <w:rPr>
          <w:rFonts w:ascii="Source Han Sans SC" w:hAnsi="Source Han Sans SC" w:eastAsia="Source Han Sans SC" w:cs="Source Han Sans SC" w:hint="eastAsia"/>
          <w:sz w:val="21"/>
        </w:rPr>
        <w:t>【优化】美颜功能下线，后续升级后再上线，增加文案告知用户</w:t>
      </w:r>
    </w:p>
    <w:p>
      <w:pPr>
        <w:pStyle w:val="ListBullet"/>
      </w:pPr>
      <w:r>
        <w:rPr>
          <w:rFonts w:ascii="Source Han Sans SC" w:hAnsi="Source Han Sans SC" w:eastAsia="Source Han Sans SC" w:cs="Source Han Sans SC" w:hint="eastAsia"/>
          <w:sz w:val="21"/>
        </w:rPr>
        <w:t>【优化】纯视频-大班（极速模式），合并文档/多媒体按钮</w:t>
      </w:r>
    </w:p>
    <w:p>
      <w:pPr>
        <w:pStyle w:val="ListBullet"/>
      </w:pPr>
      <w:r>
        <w:rPr>
          <w:rFonts w:ascii="Source Han Sans SC" w:hAnsi="Source Han Sans SC" w:eastAsia="Source Han Sans SC" w:cs="Source Han Sans SC" w:hint="eastAsia"/>
          <w:sz w:val="21"/>
        </w:rPr>
        <w:t>【优化】讲师、嘉宾自己发送消息，不触发小红点提示</w:t>
      </w:r>
    </w:p>
    <w:p>
      <w:pPr>
        <w:pStyle w:val="ListBullet"/>
      </w:pPr>
      <w:r>
        <w:rPr>
          <w:rFonts w:ascii="Source Han Sans SC" w:hAnsi="Source Han Sans SC" w:eastAsia="Source Han Sans SC" w:cs="Source Han Sans SC" w:hint="eastAsia"/>
          <w:sz w:val="21"/>
        </w:rPr>
        <w:t>【优化】互动弹窗加载速度提升</w:t>
      </w:r>
    </w:p>
    <w:p>
      <w:pPr>
        <w:pStyle w:val="ListBullet"/>
      </w:pPr>
      <w:r>
        <w:rPr>
          <w:rFonts w:ascii="Source Han Sans SC" w:hAnsi="Source Han Sans SC" w:eastAsia="Source Han Sans SC" w:cs="Source Han Sans SC" w:hint="eastAsia"/>
          <w:sz w:val="21"/>
        </w:rPr>
        <w:t>【优化】左栏和视频区的麦克风功能统一</w:t>
      </w:r>
    </w:p>
    <w:p>
      <w:pPr>
        <w:pStyle w:val="ListBullet"/>
      </w:pPr>
      <w:r>
        <w:rPr>
          <w:rFonts w:ascii="Source Han Sans SC" w:hAnsi="Source Han Sans SC" w:eastAsia="Source Han Sans SC" w:cs="Source Han Sans SC" w:hint="eastAsia"/>
          <w:sz w:val="21"/>
        </w:rPr>
        <w:t>【优化】正在连麦的嘉宾关闭客户端提示文案区别于讲师下课</w:t>
      </w:r>
    </w:p>
    <w:p>
      <w:pPr>
        <w:pStyle w:val="ListBullet"/>
      </w:pPr>
      <w:r>
        <w:rPr>
          <w:rFonts w:ascii="Source Han Sans SC" w:hAnsi="Source Han Sans SC" w:eastAsia="Source Han Sans SC" w:cs="Source Han Sans SC" w:hint="eastAsia"/>
          <w:sz w:val="21"/>
        </w:rPr>
        <w:t>【优化】添加多个场景，每个场景一个视频，重启客户端后视频将不会自动播放</w:t>
      </w:r>
    </w:p>
    <w:p>
      <w:pPr>
        <w:pStyle w:val="ListBullet"/>
      </w:pPr>
      <w:r>
        <w:rPr>
          <w:rFonts w:ascii="Source Han Sans SC" w:hAnsi="Source Han Sans SC" w:eastAsia="Source Han Sans SC" w:cs="Source Han Sans SC" w:hint="eastAsia"/>
          <w:sz w:val="21"/>
        </w:rPr>
        <w:t>【修复】共享时选择另一个屏幕，上方留海tab无法移动至另一个屏幕</w:t>
      </w:r>
    </w:p>
    <w:p>
      <w:pPr>
        <w:pStyle w:val="ListBullet"/>
      </w:pPr>
      <w:r>
        <w:rPr>
          <w:rFonts w:ascii="Source Han Sans SC" w:hAnsi="Source Han Sans SC" w:eastAsia="Source Han Sans SC" w:cs="Source Han Sans SC" w:hint="eastAsia"/>
          <w:sz w:val="21"/>
        </w:rPr>
        <w:t>【修复】播放多媒体后进行屏幕共享后结束屏幕共享，多媒体播放失败</w:t>
      </w:r>
    </w:p>
    <w:p>
      <w:pPr>
        <w:pStyle w:val="Heading1"/>
      </w:pPr>
      <w:r>
        <w:t>4.5.1</w:t>
      </w:r>
    </w:p>
    <w:p>
      <w:r>
        <w:rPr>
          <w:rFonts w:ascii="Source Han Sans SC" w:hAnsi="Source Han Sans SC" w:eastAsia="Source Han Sans SC" w:cs="Source Han Sans SC" w:hint="eastAsia"/>
          <w:sz w:val="21"/>
        </w:rPr>
        <w:t>该版本于 2021 年 10 月 11 日发布</w:t>
      </w:r>
    </w:p>
    <w:p>
      <w:pPr>
        <w:pStyle w:val="ListBullet"/>
      </w:pPr>
      <w:r>
        <w:rPr>
          <w:rFonts w:ascii="Source Han Sans SC" w:hAnsi="Source Han Sans SC" w:eastAsia="Source Han Sans SC" w:cs="Source Han Sans SC" w:hint="eastAsia"/>
          <w:sz w:val="21"/>
        </w:rPr>
        <w:t>【新增】客户端支持无延迟直播下调用断流接口，将主播退出到登录界面</w:t>
      </w:r>
    </w:p>
    <w:p>
      <w:pPr>
        <w:pStyle w:val="ListBullet"/>
      </w:pPr>
      <w:r>
        <w:rPr>
          <w:rFonts w:ascii="Source Han Sans SC" w:hAnsi="Source Han Sans SC" w:eastAsia="Source Han Sans SC" w:cs="Source Han Sans SC" w:hint="eastAsia"/>
          <w:sz w:val="21"/>
        </w:rPr>
        <w:t>【优化】讲师未正常下课退出客户端，在直播中状态及聊天室无讲师身份情况下，可重新登进直播间，并有继续直播还是结束直播的选择提示</w:t>
      </w:r>
    </w:p>
    <w:p>
      <w:pPr>
        <w:pStyle w:val="ListBullet"/>
      </w:pPr>
      <w:r>
        <w:rPr>
          <w:rFonts w:ascii="Source Han Sans SC" w:hAnsi="Source Han Sans SC" w:eastAsia="Source Han Sans SC" w:cs="Source Han Sans SC" w:hint="eastAsia"/>
          <w:sz w:val="21"/>
        </w:rPr>
        <w:t>【优化】桌面直播下，打开摄像头，没有获取鼠标焦点，2s后上下栏隐藏</w:t>
      </w:r>
    </w:p>
    <w:p>
      <w:pPr>
        <w:pStyle w:val="ListBullet"/>
      </w:pPr>
      <w:r>
        <w:rPr>
          <w:rFonts w:ascii="Source Han Sans SC" w:hAnsi="Source Han Sans SC" w:eastAsia="Source Han Sans SC" w:cs="Source Han Sans SC" w:hint="eastAsia"/>
          <w:sz w:val="21"/>
        </w:rPr>
        <w:t>【优化】桌面直播下，独立出来的聊天室可上下伸缩调整窗口高度，并在本次桌面直播中记住位置和高度</w:t>
      </w:r>
    </w:p>
    <w:p>
      <w:pPr>
        <w:pStyle w:val="ListBullet"/>
      </w:pPr>
      <w:r>
        <w:rPr>
          <w:rFonts w:ascii="Source Han Sans SC" w:hAnsi="Source Han Sans SC" w:eastAsia="Source Han Sans SC" w:cs="Source Han Sans SC" w:hint="eastAsia"/>
          <w:sz w:val="21"/>
        </w:rPr>
        <w:t>【优化】桌面直播下，有观众连麦举手也有小红点提示</w:t>
      </w:r>
    </w:p>
    <w:p>
      <w:pPr>
        <w:pStyle w:val="ListBullet"/>
      </w:pPr>
      <w:r>
        <w:rPr>
          <w:rFonts w:ascii="Source Han Sans SC" w:hAnsi="Source Han Sans SC" w:eastAsia="Source Han Sans SC" w:cs="Source Han Sans SC" w:hint="eastAsia"/>
          <w:sz w:val="21"/>
        </w:rPr>
        <w:t>【优化】客户端本地可切换横屏或竖屏推流</w:t>
      </w:r>
    </w:p>
    <w:p>
      <w:pPr>
        <w:pStyle w:val="ListBullet"/>
      </w:pPr>
      <w:r>
        <w:rPr>
          <w:rFonts w:ascii="Source Han Sans SC" w:hAnsi="Source Han Sans SC" w:eastAsia="Source Han Sans SC" w:cs="Source Han Sans SC" w:hint="eastAsia"/>
          <w:sz w:val="21"/>
        </w:rPr>
        <w:t>【优化】多媒体列表中可切换列表循环方式</w:t>
      </w:r>
    </w:p>
    <w:p>
      <w:pPr>
        <w:pStyle w:val="ListBullet"/>
      </w:pPr>
      <w:r>
        <w:rPr>
          <w:rFonts w:ascii="Source Han Sans SC" w:hAnsi="Source Han Sans SC" w:eastAsia="Source Han Sans SC" w:cs="Source Han Sans SC" w:hint="eastAsia"/>
          <w:sz w:val="21"/>
        </w:rPr>
        <w:t>【优化】文档+视频模板下增加摄像头画面顺时针旋转功能</w:t>
      </w:r>
    </w:p>
    <w:p>
      <w:pPr>
        <w:pStyle w:val="Heading1"/>
      </w:pPr>
      <w:r>
        <w:t>4.5.0</w:t>
      </w:r>
    </w:p>
    <w:p>
      <w:r>
        <w:rPr>
          <w:rFonts w:ascii="Source Han Sans SC" w:hAnsi="Source Han Sans SC" w:eastAsia="Source Han Sans SC" w:cs="Source Han Sans SC" w:hint="eastAsia"/>
          <w:sz w:val="21"/>
        </w:rPr>
        <w:t>该版本于 2021 年 8 月 19 日发布</w:t>
      </w:r>
    </w:p>
    <w:p>
      <w:pPr>
        <w:pStyle w:val="ListBullet"/>
      </w:pPr>
      <w:r>
        <w:rPr>
          <w:rFonts w:ascii="Source Han Sans SC" w:hAnsi="Source Han Sans SC" w:eastAsia="Source Han Sans SC" w:cs="Source Han Sans SC" w:hint="eastAsia"/>
          <w:sz w:val="21"/>
        </w:rPr>
        <w:t>【新增】支持线上双师场景</w:t>
      </w:r>
    </w:p>
    <w:p>
      <w:pPr>
        <w:pStyle w:val="ListBullet"/>
      </w:pPr>
      <w:r>
        <w:rPr>
          <w:rFonts w:ascii="Source Han Sans SC" w:hAnsi="Source Han Sans SC" w:eastAsia="Source Han Sans SC" w:cs="Source Han Sans SC" w:hint="eastAsia"/>
          <w:sz w:val="21"/>
        </w:rPr>
        <w:t>【优化】全体静音开启后，后进入的用户默认静音上麦</w:t>
      </w:r>
    </w:p>
    <w:p>
      <w:pPr>
        <w:pStyle w:val="ListBullet"/>
      </w:pPr>
      <w:r>
        <w:rPr>
          <w:rFonts w:ascii="Source Han Sans SC" w:hAnsi="Source Han Sans SC" w:eastAsia="Source Han Sans SC" w:cs="Source Han Sans SC" w:hint="eastAsia"/>
          <w:sz w:val="21"/>
        </w:rPr>
        <w:t>【优化】连麦交互由弹窗改为鼠标悬浮出现，布局切换移动到标题栏</w:t>
      </w:r>
    </w:p>
    <w:p>
      <w:pPr>
        <w:pStyle w:val="ListBullet"/>
      </w:pPr>
      <w:r>
        <w:rPr>
          <w:rFonts w:ascii="Source Han Sans SC" w:hAnsi="Source Han Sans SC" w:eastAsia="Source Han Sans SC" w:cs="Source Han Sans SC" w:hint="eastAsia"/>
          <w:sz w:val="21"/>
        </w:rPr>
        <w:t>【优化】支持服务端API推旁路</w:t>
      </w:r>
    </w:p>
    <w:p>
      <w:pPr>
        <w:pStyle w:val="ListBullet"/>
      </w:pPr>
      <w:r>
        <w:rPr>
          <w:rFonts w:ascii="Source Han Sans SC" w:hAnsi="Source Han Sans SC" w:eastAsia="Source Han Sans SC" w:cs="Source Han Sans SC" w:hint="eastAsia"/>
          <w:sz w:val="21"/>
        </w:rPr>
        <w:t>【优化】采集编码内核升级</w:t>
      </w:r>
    </w:p>
    <w:p>
      <w:pPr>
        <w:pStyle w:val="ListBullet"/>
      </w:pPr>
      <w:r>
        <w:rPr>
          <w:rFonts w:ascii="Source Han Sans SC" w:hAnsi="Source Han Sans SC" w:eastAsia="Source Han Sans SC" w:cs="Source Han Sans SC" w:hint="eastAsia"/>
          <w:sz w:val="21"/>
        </w:rPr>
        <w:t>【优化】支持同名设备采集</w:t>
      </w:r>
    </w:p>
    <w:p>
      <w:pPr>
        <w:pStyle w:val="ListBullet"/>
      </w:pPr>
      <w:r>
        <w:rPr>
          <w:rFonts w:ascii="Source Han Sans SC" w:hAnsi="Source Han Sans SC" w:eastAsia="Source Han Sans SC" w:cs="Source Han Sans SC" w:hint="eastAsia"/>
          <w:sz w:val="21"/>
        </w:rPr>
        <w:t>【优化】美颜及AI抠像性能</w:t>
      </w:r>
    </w:p>
    <w:p>
      <w:pPr>
        <w:pStyle w:val="ListBullet"/>
      </w:pPr>
      <w:r>
        <w:rPr>
          <w:rFonts w:ascii="Source Han Sans SC" w:hAnsi="Source Han Sans SC" w:eastAsia="Source Han Sans SC" w:cs="Source Han Sans SC" w:hint="eastAsia"/>
          <w:sz w:val="21"/>
        </w:rPr>
        <w:t>【修复】开启转播后，大房间讲师看不到小房间的在线列表</w:t>
      </w:r>
    </w:p>
    <w:p>
      <w:pPr>
        <w:pStyle w:val="ListBullet"/>
      </w:pPr>
      <w:r>
        <w:rPr>
          <w:rFonts w:ascii="Source Han Sans SC" w:hAnsi="Source Han Sans SC" w:eastAsia="Source Han Sans SC" w:cs="Source Han Sans SC" w:hint="eastAsia"/>
          <w:sz w:val="21"/>
        </w:rPr>
        <w:t>【修复】win界面显示异常问题</w:t>
      </w:r>
    </w:p>
    <w:p>
      <w:pPr>
        <w:pStyle w:val="Heading1"/>
      </w:pPr>
      <w:r>
        <w:t>4.4.1</w:t>
      </w:r>
    </w:p>
    <w:p>
      <w:r>
        <w:rPr>
          <w:rFonts w:ascii="Source Han Sans SC" w:hAnsi="Source Han Sans SC" w:eastAsia="Source Han Sans SC" w:cs="Source Han Sans SC" w:hint="eastAsia"/>
          <w:sz w:val="21"/>
        </w:rPr>
        <w:t>该版本于 2021 年 6 月 8 日发布</w:t>
      </w:r>
    </w:p>
    <w:p>
      <w:pPr>
        <w:pStyle w:val="ListBullet"/>
      </w:pPr>
      <w:r>
        <w:rPr>
          <w:rFonts w:ascii="Source Han Sans SC" w:hAnsi="Source Han Sans SC" w:eastAsia="Source Han Sans SC" w:cs="Source Han Sans SC" w:hint="eastAsia"/>
          <w:sz w:val="21"/>
        </w:rPr>
        <w:t>【新增】Mac 支持无延迟直播</w:t>
      </w:r>
    </w:p>
    <w:p>
      <w:pPr>
        <w:pStyle w:val="ListBullet"/>
      </w:pPr>
      <w:r>
        <w:rPr>
          <w:rFonts w:ascii="Source Han Sans SC" w:hAnsi="Source Han Sans SC" w:eastAsia="Source Han Sans SC" w:cs="Source Han Sans SC" w:hint="eastAsia"/>
          <w:sz w:val="21"/>
        </w:rPr>
        <w:t>【优化】桌面窗口共享，本地可记忆</w:t>
      </w:r>
    </w:p>
    <w:p>
      <w:pPr>
        <w:pStyle w:val="ListBullet"/>
      </w:pPr>
      <w:r>
        <w:rPr>
          <w:rFonts w:ascii="Source Han Sans SC" w:hAnsi="Source Han Sans SC" w:eastAsia="Source Han Sans SC" w:cs="Source Han Sans SC" w:hint="eastAsia"/>
          <w:sz w:val="21"/>
        </w:rPr>
        <w:t>【优化】纯视频模板直播，结束会有二次弹窗确认</w:t>
      </w:r>
    </w:p>
    <w:p>
      <w:pPr>
        <w:pStyle w:val="ListBullet"/>
      </w:pPr>
      <w:r>
        <w:rPr>
          <w:rFonts w:ascii="Source Han Sans SC" w:hAnsi="Source Han Sans SC" w:eastAsia="Source Han Sans SC" w:cs="Source Han Sans SC" w:hint="eastAsia"/>
          <w:sz w:val="21"/>
        </w:rPr>
        <w:t>【优化】使用图片作为画面来源，本地可记忆</w:t>
      </w:r>
    </w:p>
    <w:p>
      <w:pPr>
        <w:pStyle w:val="ListBullet"/>
      </w:pPr>
      <w:r>
        <w:rPr>
          <w:rFonts w:ascii="Source Han Sans SC" w:hAnsi="Source Han Sans SC" w:eastAsia="Source Han Sans SC" w:cs="Source Han Sans SC" w:hint="eastAsia"/>
          <w:sz w:val="21"/>
        </w:rPr>
        <w:t>【优化】桌面直播时，同时使用抠像，背景会使用默认图</w:t>
      </w:r>
    </w:p>
    <w:p>
      <w:pPr>
        <w:pStyle w:val="ListBullet"/>
      </w:pPr>
      <w:r>
        <w:rPr>
          <w:rFonts w:ascii="Source Han Sans SC" w:hAnsi="Source Han Sans SC" w:eastAsia="Source Han Sans SC" w:cs="Source Han Sans SC" w:hint="eastAsia"/>
          <w:sz w:val="21"/>
        </w:rPr>
        <w:t>其他稳定性问题优化</w:t>
      </w:r>
    </w:p>
    <w:p>
      <w:pPr>
        <w:pStyle w:val="Heading1"/>
      </w:pPr>
      <w:r>
        <w:t>4.4.0</w:t>
      </w:r>
    </w:p>
    <w:p>
      <w:r>
        <w:rPr>
          <w:rFonts w:ascii="Source Han Sans SC" w:hAnsi="Source Han Sans SC" w:eastAsia="Source Han Sans SC" w:cs="Source Han Sans SC" w:hint="eastAsia"/>
          <w:sz w:val="21"/>
        </w:rPr>
        <w:t>该版本于 2021 年 6 月 1 日发布</w:t>
      </w:r>
    </w:p>
    <w:p>
      <w:pPr>
        <w:pStyle w:val="ListBullet"/>
      </w:pPr>
      <w:r>
        <w:rPr>
          <w:rFonts w:ascii="Source Han Sans SC" w:hAnsi="Source Han Sans SC" w:eastAsia="Source Han Sans SC" w:cs="Source Han Sans SC" w:hint="eastAsia"/>
          <w:sz w:val="21"/>
        </w:rPr>
        <w:t>【新增】支持纯视频嘉宾登录，可与网页开播混用</w:t>
      </w:r>
    </w:p>
    <w:p>
      <w:pPr>
        <w:pStyle w:val="ListBullet"/>
      </w:pPr>
      <w:r>
        <w:rPr>
          <w:rFonts w:ascii="Source Han Sans SC" w:hAnsi="Source Han Sans SC" w:eastAsia="Source Han Sans SC" w:cs="Source Han Sans SC" w:hint="eastAsia"/>
          <w:sz w:val="21"/>
        </w:rPr>
        <w:t>【优化】增加无延迟直播讲师默认分辨率到720p，嘉宾默认仍旧为360p要本地手动更改</w:t>
      </w:r>
    </w:p>
    <w:p>
      <w:pPr>
        <w:pStyle w:val="ListBullet"/>
      </w:pPr>
      <w:r>
        <w:rPr>
          <w:rFonts w:ascii="Source Han Sans SC" w:hAnsi="Source Han Sans SC" w:eastAsia="Source Han Sans SC" w:cs="Source Han Sans SC" w:hint="eastAsia"/>
          <w:sz w:val="21"/>
        </w:rPr>
        <w:t>【优化】PPT列表顺序按照上传先后排序显示</w:t>
      </w:r>
    </w:p>
    <w:p>
      <w:pPr>
        <w:pStyle w:val="ListBullet"/>
      </w:pPr>
      <w:r>
        <w:rPr>
          <w:rFonts w:ascii="Source Han Sans SC" w:hAnsi="Source Han Sans SC" w:eastAsia="Source Han Sans SC" w:cs="Source Han Sans SC" w:hint="eastAsia"/>
          <w:sz w:val="21"/>
        </w:rPr>
        <w:t>【优化】客户端切换到英文语言，互动及聊天室也切换为英文</w:t>
      </w:r>
    </w:p>
    <w:p>
      <w:pPr>
        <w:pStyle w:val="ListBullet"/>
      </w:pPr>
      <w:r>
        <w:rPr>
          <w:rFonts w:ascii="Source Han Sans SC" w:hAnsi="Source Han Sans SC" w:eastAsia="Source Han Sans SC" w:cs="Source Han Sans SC" w:hint="eastAsia"/>
          <w:sz w:val="21"/>
        </w:rPr>
        <w:t>【优化】三分屏场景播放多媒体内容兼容竖屏尺寸（不会出现摄像头还在多媒体后面显示）</w:t>
      </w:r>
    </w:p>
    <w:p>
      <w:pPr>
        <w:pStyle w:val="ListBullet"/>
      </w:pPr>
      <w:r>
        <w:rPr>
          <w:rFonts w:ascii="Source Han Sans SC" w:hAnsi="Source Han Sans SC" w:eastAsia="Source Han Sans SC" w:cs="Source Han Sans SC" w:hint="eastAsia"/>
          <w:sz w:val="21"/>
        </w:rPr>
        <w:t>【优化】其他mac界面显示黑块问题</w:t>
      </w:r>
    </w:p>
    <w:p>
      <w:pPr>
        <w:pStyle w:val="ListBullet"/>
      </w:pPr>
      <w:r>
        <w:rPr>
          <w:rFonts w:ascii="Source Han Sans SC" w:hAnsi="Source Han Sans SC" w:eastAsia="Source Han Sans SC" w:cs="Source Han Sans SC" w:hint="eastAsia"/>
          <w:sz w:val="21"/>
        </w:rPr>
        <w:t>其他稳定性问题优化</w:t>
      </w:r>
    </w:p>
    <w:p>
      <w:pPr>
        <w:pStyle w:val="Heading1"/>
      </w:pPr>
      <w:r>
        <w:t>4.3.4</w:t>
      </w:r>
    </w:p>
    <w:p>
      <w:r>
        <w:rPr>
          <w:rFonts w:ascii="Source Han Sans SC" w:hAnsi="Source Han Sans SC" w:eastAsia="Source Han Sans SC" w:cs="Source Han Sans SC" w:hint="eastAsia"/>
          <w:sz w:val="21"/>
        </w:rPr>
        <w:t>该版本于 2021 年 5 月 7 日发布</w:t>
      </w:r>
    </w:p>
    <w:p>
      <w:pPr>
        <w:pStyle w:val="ListBullet"/>
      </w:pPr>
      <w:r>
        <w:rPr>
          <w:rFonts w:ascii="Source Han Sans SC" w:hAnsi="Source Han Sans SC" w:eastAsia="Source Han Sans SC" w:cs="Source Han Sans SC" w:hint="eastAsia"/>
          <w:sz w:val="21"/>
        </w:rPr>
        <w:t>【新增】Ai抠像（需联系销售开通）</w:t>
      </w:r>
    </w:p>
    <w:p>
      <w:pPr>
        <w:pStyle w:val="ListBullet"/>
      </w:pPr>
      <w:r>
        <w:rPr>
          <w:rFonts w:ascii="Source Han Sans SC" w:hAnsi="Source Han Sans SC" w:eastAsia="Source Han Sans SC" w:cs="Source Han Sans SC" w:hint="eastAsia"/>
          <w:sz w:val="21"/>
        </w:rPr>
        <w:t>【新增】支持场景切换快捷键</w:t>
      </w:r>
    </w:p>
    <w:p>
      <w:pPr>
        <w:pStyle w:val="ListBullet"/>
      </w:pPr>
      <w:r>
        <w:rPr>
          <w:rFonts w:ascii="Source Han Sans SC" w:hAnsi="Source Han Sans SC" w:eastAsia="Source Han Sans SC" w:cs="Source Han Sans SC" w:hint="eastAsia"/>
          <w:sz w:val="21"/>
        </w:rPr>
        <w:t>【优化】连麦窗口预览对齐网页开播可快捷切换第一画面</w:t>
      </w:r>
    </w:p>
    <w:p>
      <w:pPr>
        <w:pStyle w:val="ListBullet"/>
      </w:pPr>
      <w:r>
        <w:rPr>
          <w:rFonts w:ascii="Source Han Sans SC" w:hAnsi="Source Han Sans SC" w:eastAsia="Source Han Sans SC" w:cs="Source Han Sans SC" w:hint="eastAsia"/>
          <w:sz w:val="21"/>
        </w:rPr>
        <w:t>【优化】桌面直播时也可操作连麦开关</w:t>
      </w:r>
    </w:p>
    <w:p>
      <w:pPr>
        <w:pStyle w:val="ListBullet"/>
      </w:pPr>
      <w:r>
        <w:rPr>
          <w:rFonts w:ascii="Source Han Sans SC" w:hAnsi="Source Han Sans SC" w:eastAsia="Source Han Sans SC" w:cs="Source Han Sans SC" w:hint="eastAsia"/>
          <w:sz w:val="21"/>
        </w:rPr>
        <w:t>【优化】录制模式桌面直播时隐藏 聊天&amp;成员 tab</w:t>
      </w:r>
    </w:p>
    <w:p>
      <w:pPr>
        <w:pStyle w:val="ListBullet"/>
      </w:pPr>
      <w:r>
        <w:rPr>
          <w:rFonts w:ascii="Source Han Sans SC" w:hAnsi="Source Han Sans SC" w:eastAsia="Source Han Sans SC" w:cs="Source Han Sans SC" w:hint="eastAsia"/>
          <w:sz w:val="21"/>
        </w:rPr>
        <w:t>其他问题修复及稳定性优化</w:t>
      </w:r>
    </w:p>
    <w:p>
      <w:pPr>
        <w:pStyle w:val="Heading1"/>
      </w:pPr>
      <w:r>
        <w:t>4.3.0</w:t>
      </w:r>
    </w:p>
    <w:p>
      <w:r>
        <w:rPr>
          <w:rFonts w:ascii="Source Han Sans SC" w:hAnsi="Source Han Sans SC" w:eastAsia="Source Han Sans SC" w:cs="Source Han Sans SC" w:hint="eastAsia"/>
          <w:sz w:val="21"/>
        </w:rPr>
        <w:t>该版本于 2021 年 4 月 6 日发布</w:t>
      </w:r>
    </w:p>
    <w:p>
      <w:pPr>
        <w:pStyle w:val="ListBullet"/>
      </w:pPr>
      <w:r>
        <w:rPr>
          <w:rFonts w:ascii="Source Han Sans SC" w:hAnsi="Source Han Sans SC" w:eastAsia="Source Han Sans SC" w:cs="Source Han Sans SC" w:hint="eastAsia"/>
          <w:sz w:val="21"/>
        </w:rPr>
        <w:t>【优化】聊天tab增加在线人数显示</w:t>
      </w:r>
    </w:p>
    <w:p>
      <w:pPr>
        <w:pStyle w:val="ListBullet"/>
      </w:pPr>
      <w:r>
        <w:rPr>
          <w:rFonts w:ascii="Source Han Sans SC" w:hAnsi="Source Han Sans SC" w:eastAsia="Source Han Sans SC" w:cs="Source Han Sans SC" w:hint="eastAsia"/>
          <w:sz w:val="21"/>
        </w:rPr>
        <w:t>【优化】连麦+直播模式下，左侧麦克风及设备调试开关操作仅影响设备，不针对流控制（左侧栏关麦克风多媒体依旧能出声）</w:t>
      </w:r>
    </w:p>
    <w:p>
      <w:pPr>
        <w:pStyle w:val="ListBullet"/>
      </w:pPr>
      <w:r>
        <w:rPr>
          <w:rFonts w:ascii="Source Han Sans SC" w:hAnsi="Source Han Sans SC" w:eastAsia="Source Han Sans SC" w:cs="Source Han Sans SC" w:hint="eastAsia"/>
          <w:sz w:val="21"/>
        </w:rPr>
        <w:t>【优化】直播助手模式下预览区移动素材有吸边效果</w:t>
      </w:r>
    </w:p>
    <w:p>
      <w:pPr>
        <w:pStyle w:val="ListBullet"/>
      </w:pPr>
      <w:r>
        <w:rPr>
          <w:rFonts w:ascii="Source Han Sans SC" w:hAnsi="Source Han Sans SC" w:eastAsia="Source Han Sans SC" w:cs="Source Han Sans SC" w:hint="eastAsia"/>
          <w:sz w:val="21"/>
        </w:rPr>
        <w:t>【优化】系统设置增加硬件加速可选开关，默认关闭</w:t>
      </w:r>
    </w:p>
    <w:p>
      <w:pPr>
        <w:pStyle w:val="ListBullet"/>
      </w:pPr>
      <w:r>
        <w:rPr>
          <w:rFonts w:ascii="Source Han Sans SC" w:hAnsi="Source Han Sans SC" w:eastAsia="Source Han Sans SC" w:cs="Source Han Sans SC" w:hint="eastAsia"/>
          <w:sz w:val="21"/>
        </w:rPr>
        <w:t>【优化】提升系统采集音采样率，增加音效</w:t>
      </w:r>
    </w:p>
    <w:p>
      <w:pPr>
        <w:pStyle w:val="ListBullet"/>
      </w:pPr>
      <w:r>
        <w:rPr>
          <w:rFonts w:ascii="Source Han Sans SC" w:hAnsi="Source Han Sans SC" w:eastAsia="Source Han Sans SC" w:cs="Source Han Sans SC" w:hint="eastAsia"/>
          <w:sz w:val="21"/>
        </w:rPr>
        <w:t>【修复】图片拖入聊天室引起聊天室无法显示问题</w:t>
      </w:r>
    </w:p>
    <w:p>
      <w:pPr>
        <w:pStyle w:val="ListBullet"/>
      </w:pPr>
      <w:r>
        <w:rPr>
          <w:rFonts w:ascii="Source Han Sans SC" w:hAnsi="Source Han Sans SC" w:eastAsia="Source Han Sans SC" w:cs="Source Han Sans SC" w:hint="eastAsia"/>
          <w:sz w:val="21"/>
        </w:rPr>
        <w:t>【优化】其他稳定性问题及界面显示优化</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客户端开播更新</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