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直播管理后台更新</w:t>
      </w:r>
    </w:p>
    <w:p>
      <w:pPr>
        <w:pStyle w:val="Heading1"/>
      </w:pPr>
      <w:r>
        <w:t>3.14.3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2022 年 04月 27日发布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【新增】新增MR的频道类型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【新增】无延迟频道增加推流地址显示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【新增】观看页嘉宾坐席功能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【优化】直播间统计调整为按创建时间排序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【优化】虚拟人数设置入口增加观看次数显示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【优化】平台统计地区统计增加时间段限制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【优化】复制直播间支持复制英文配置开关和英文设置内容</w:t>
      </w:r>
    </w:p>
    <w:p>
      <w:pPr>
        <w:pStyle w:val="Heading1"/>
      </w:pPr>
      <w:r>
        <w:t>3.14.2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2022 年 04月 21日发布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【优化】【观看页】PC无法查看全部大图问题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【优化】【观看页】聊天室禁言后观众不可再发送表情和输入消息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【优化】【观看页】商品卡片关闭按钮热区优化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【优化】切换中英文导致聊天记录丢失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【优化】平台统计地区统计增加时间段限制</w:t>
      </w:r>
    </w:p>
    <w:p>
      <w:pPr>
        <w:pStyle w:val="Heading1"/>
      </w:pPr>
      <w:r>
        <w:t>3.14.1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2022 年 04月 14日发布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【优化】【新版管理后台】新手指引在用户切换成新版后,不再主动显示弹窗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【优化】手动合并视频-场次顺序按照startTime排序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【优化】新版观看页iPad桌面模式可显示PC端样式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【优化】虚拟人数设置步骤简化</w:t>
      </w:r>
    </w:p>
    <w:p>
      <w:pPr>
        <w:pStyle w:val="Heading1"/>
      </w:pPr>
      <w:r>
        <w:t>3.13.3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2022 年 04月 08日发布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【新增】页面装修-播放器背景增加「模糊」程度选择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【新增】开播端直播测试功能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【新增】RTC代理模式，解决企业内网防火墙规则的问题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【优化】直播时聊天消息接收不到的情况</w:t>
      </w:r>
    </w:p>
    <w:p>
      <w:pPr>
        <w:pStyle w:val="Heading1"/>
      </w:pPr>
      <w:r>
        <w:t>3.12.3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2022 年 03月 17日发布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【优化】后台观看日志补充页面进出数据，请联系售后开通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【修复】移动端以文档为主布局没有显示切换主副屏按钮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【修复】直播间统计导出观看数据补充缺失的省份字段</w:t>
      </w:r>
    </w:p>
    <w:p>
      <w:pPr>
        <w:pStyle w:val="Heading1"/>
      </w:pPr>
      <w:r>
        <w:t>3.12.2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2022 年 03月 10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【新增】转播频道在客户端发起互动补齐答题卡和问卷功能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【新增】抽奖增加邀请人数条件，达到人数后才可抽奖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【优化】新版观看页H5端优化主副屏显示和切换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【优化】无延迟播放器上的观看人数跟随功能区隐藏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【优化】普通红包和口令红包自动弹出</w:t>
      </w:r>
    </w:p>
    <w:p>
      <w:pPr>
        <w:pStyle w:val="Heading1"/>
      </w:pPr>
      <w:r>
        <w:t>3.12.1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2022 年 03月 03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【新增】SaaS竖屏直播带货页回放支持防录跑马灯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【优化】【竖屏观看页】无延迟模式下，竖屏观看页的问卷及答题卡延迟问题修复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【优化】优化观看页加载异常提示问题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【优化】优化后台频道模板字段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【修复】【竖屏观看页】微信分享不显示图标和简介</w:t>
      </w:r>
    </w:p>
    <w:p>
      <w:pPr>
        <w:pStyle w:val="Heading1"/>
      </w:pPr>
      <w:r>
        <w:t>3.12.0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2022 年 02 月 24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【新增】客户端唤起页可接收主播ID参数，并在唤起客户端时传给客户端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【新增】竖屏js-sdk demo支持播放直播暂存&amp;回放列表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【新增】竖屏带货demo支持显示打赏动效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【优化】直播后台角色（讲师密码）修改密码后，刷新频道信息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【修复】【新版后台】研讨会频道-直播统计-观看终端统计图缺失</w:t>
      </w:r>
    </w:p>
    <w:p>
      <w:pPr>
        <w:pStyle w:val="Heading1"/>
      </w:pPr>
      <w:r>
        <w:t>3.11.1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2022 年 02 月 17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【新增】开播端红包雨发送接口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【新增】新增以白名单的维度查看观众观看详情的数据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【新增】自定义邀请海报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【新增】无延迟直播间显示观看人数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【优化】复制直播间没有复制商品库顺序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【优化】带货模板页面装修支持开关提现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【优化】报名观看的报名入口优化</w:t>
      </w:r>
    </w:p>
    <w:p>
      <w:pPr>
        <w:pStyle w:val="Heading1"/>
      </w:pPr>
      <w:r>
        <w:t>3.11.0.2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2022 年 01 月 20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【新增】增加新增，修改，删除直播间回调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【新增】新增回调场次最终回放视频的接口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【优化】子账号增加编辑直播间和观看链接是否显示的控制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【优化】微信分享支持和邀请榜关联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【优化】提问区发送的图片，客户端点击有单独窗口，对齐公聊区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【优化】未关注用户预约直播间后进入视频直播平台显示预约成功消息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【优化】直播间状态获取提供新接口，新接口需要对齐新版后台状态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【优化】红包领取的时候要加上所属微信的商户号便于提现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【优化】讲师、嘉宾自己发送消息，不触发小红点提示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【优化】新版助教页中下线功能：特殊角色间可通过提问互发消息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【优化】新版后台“数据导出中心”按钮增加hover提示</w:t>
      </w:r>
    </w:p>
    <w:p>
      <w:pPr>
        <w:pStyle w:val="Heading1"/>
      </w:pPr>
      <w:r>
        <w:t>3.10.3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2022 年 01 月 17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 红包个数和金额上限限制可联系客服修改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【新增】【功能对齐】SaaS新版观看页支持播放器LOGO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【新增】SaaS直播后台接入创客贴（二期）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【新增】获取图文直播列表的接口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【新增】发送自定义消息支持绕过严禁词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【新增】提供复制直播间接口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【新增】新版后台补充”提醒“开关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【新增】新版后台对齐文档下载功能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【优化】点赞上方有图标时，气泡要向左倾斜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【修复】后台统计中答题卡数据与直播时数据不一致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【修复】切换网络后，直播播放器自动继续播放，但播放按钮未消失</w:t>
      </w:r>
    </w:p>
    <w:p>
      <w:pPr>
        <w:pStyle w:val="Heading1"/>
      </w:pPr>
      <w:r>
        <w:t>3.10.1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2022 年 01 月 06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【新增】分房间支持卡片推送功能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【新增】新增通过场次id获得对应视频vid接口，支持多场次id查询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【优化】查询频道提问记录接口返回角色头衔字段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【优化】客户端登录研讨会频道无法登录，优化提示文案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【优化】口令红包的口令自动发送到聊天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【修复】移动端邀请海报长按保存图片操作异常</w:t>
      </w:r>
    </w:p>
    <w:p>
      <w:pPr>
        <w:pStyle w:val="Heading1"/>
      </w:pPr>
      <w:r>
        <w:t>3.10.0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12 月 30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【新增】云直播web播放器支持网页全屏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【新增】频道列表新增并发数展示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【新增】场景布局保存至本地设备，不跟随频道 -- 新增开关可以决定是用本地的还是频道配置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【新增】【聊天室】审核删除支持全部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【优化】新版观看页开通提问可发送图片后，提问入口有上传图片的icon，对齐公聊区图片上传功能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【优化】首次访问分会场需要在授权后定向回原本分会场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【优化】（带货竖屏）无延迟观众端网络差时可提示用户切换为CDN观看</w:t>
      </w:r>
    </w:p>
    <w:p>
      <w:pPr>
        <w:pStyle w:val="Heading1"/>
      </w:pPr>
      <w:r>
        <w:t>3.9.2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12 月 23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【新增】提供查询伪直播信息接口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【新增】提供点赞数查询直播api接口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【新增】通过频道查询视频接口，新增类型字段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【新增】白名单&amp;验证码&amp;登记观看增加隐私声明功能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【新增】卡片推送支持自定义卡片样式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【优化】旧版创建单个频道 增加账号连麦人数限制判断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【优化】商品库的链接地址改为非必填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【优化】新版后台回调说明文档更换地址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【优化】提升注册页密码安全强度，至少是字母+数字的组合，且需要8位以上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【优化】新版后台打赏图片支持上传GIF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【优化】查询频道录制视频信息接口兼容"开启了永久暂存并且使用了m3u8实时切片"的情况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【修复】新版后台关键字搜索频道分页异常</w:t>
      </w:r>
    </w:p>
    <w:p>
      <w:pPr>
        <w:pStyle w:val="Heading1"/>
      </w:pPr>
      <w:r>
        <w:t>3.9.1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12 月 16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【新增】白名单增加隐私声明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【新增】个性化直播间支持更换聊天室背景图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【新增】实现子账号单点登录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【优化】Union 页面指定名单客户后台弹窗确认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【优化】新版后台子账号角色权限设置，补齐后台顶栏若干功能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【优化】白名单观看支持5w以上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【优化】抽奖中奖个数上限调整到10000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【优化】场次统计的观看数据也可以合并同一用户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【优化】商品库的跳转链接支持下划线等特殊字符</w:t>
      </w:r>
    </w:p>
    <w:p>
      <w:pPr>
        <w:pStyle w:val="Heading1"/>
      </w:pPr>
      <w:r>
        <w:t>3.9.0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12 月 09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【新增】无延迟直播支持备份线路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【优化】无延迟频道也可以选择不使用连麦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【优化】云分发支持直播中可自由停止、开始、添加、修改、删除某路推流，或打开/关闭分发总开关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【优化】新版观看页聊天室内的红包，自动请求红包状态改为手动点击后显示，避免造成观看页高负载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【优化】修改观众ID生成规则，保证游客观众ID的唯一性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【优化】后台大班课提示文案调整为："成人，职业，素质教育等课程"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【修复】竖屏带货直播间设置封面图观看端不显示封面问题修复</w:t>
      </w:r>
    </w:p>
    <w:p>
      <w:pPr>
        <w:pStyle w:val="Heading1"/>
      </w:pPr>
      <w:r>
        <w:t>3.8.2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12 月 02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【新增】IU互动与保利威打通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【新增】管理员聊天室发送消息接口增加图片发送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【新增】无延迟检测到加入rtc房间失败，toast提示自动切换到cdn观看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【新增】无延迟观众端网络差时可提示用户切换为CDN观看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【新增】无延迟直播观看，针对移动端uc浏览器，直接降级到使用CDN观看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【新增】无延迟支持鸿蒙系统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【新增】客户端点击图片放大交互修改，可预览整个图片，可放大缩小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【新增】SaaS新版观看页和竖屏直播带货页在无延迟模式下，播放器支持防录屏水印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【新增】新版PC观看页聊天及提问输入框窗口可直接粘贴图片发送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【新增】（官网）返场活动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【优化】新版观看页-通过点击键盘的「发送」也可以自动收起键盘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【优化】回放列表移除状态列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【优化】重制课件新建重制任务列出回放列表全部视频，非之前只展示转码成功的视频</w:t>
      </w:r>
    </w:p>
    <w:p>
      <w:pPr>
        <w:pStyle w:val="Heading1"/>
      </w:pPr>
      <w:r>
        <w:t>3.8.1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11 月 25日发布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【新增】新版观看页，聊天室可粘贴发送图片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【新增】答题卡结果查询API，增加题目发布和结束时间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【优化】新版后台，创建频道交互优化为选择开播模板和观看模板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【优化】下载日志增加视频名称列兼容接收转播的频道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【优化】伪直播上传视频，当最高清晰度编码完成且视频在点播的状态为已发布时，伪直播才显示已发布，列表再转为可选状态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【优化】合并/剪裁的视频观看数据，也会关联到对应场次上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【优化】批量创建子直播间接口支持默认模板设置</w:t>
      </w:r>
    </w:p>
    <w:p>
      <w:pPr>
        <w:pStyle w:val="Heading1"/>
      </w:pPr>
      <w:r>
        <w:t>3.8.0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11 月 18日发布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【新增】JS-SDK，竖屏观看对齐回复、关注公众号、答题卡、问卷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【新增】转播支持答题卡和问卷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【新增】互动功能结束回调通知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【新增】查询录制视频信息接口返回剩余天数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【新增】口令红包、普通红包、自定义红包封面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【优化】新版后台，场次报表数据项优化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【优化】新版后台，子帐号创建的频道，频道管理员的权限跟随子帐号的频道权限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【优化】竖屏直播带货页对齐泛域名下的支付方案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【优化】web观看页「只看主持人」文案修改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【修复】观看页直播间封面进直播间之后尺寸会突然变大问题</w:t>
      </w:r>
    </w:p>
    <w:p>
      <w:pPr>
        <w:pStyle w:val="Heading1"/>
      </w:pPr>
      <w:r>
        <w:t>3.7.2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11 月 11日发布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【新增】直播短信通知（预约成功短信通知、开播短信通知）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【新增】创建频道API增加子帐号ID参数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【新增】增加传入场次和保利威场次关联表对外查询接口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【新增】子账号支持配置直播短信通知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【优化】伪直播，提交"时间设置"时，增加流状态判断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【优化】未设置昵称的情况下不能发问答，需要先设置昵称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【优化】新版观看页修复独立授权且开启公众号授权下，无法进行领红包等微信行为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【修复】聊天严禁词后台打开再次刷新又变成关闭状态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【修复】移动端提问等其他 tab 设置昵称后，欢迎语不消失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【修复】后台频道登录无法开启报名短信通知</w:t>
      </w:r>
    </w:p>
    <w:p>
      <w:pPr>
        <w:pStyle w:val="Heading1"/>
      </w:pPr>
      <w:r>
        <w:t>3.7.1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11 月 04日发布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【新增】发言、答题卡的接口数据增加PARAM4\5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【新增】新版后台增加品质指数功能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【优化】商品推送卡片取消自动关闭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【优化】外部授权支持自定义入口文本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【优化】新版观看页PC端的聊天室图片查看，尺寸超出屏幕大小则铺满屏幕，不超出则按图片尺寸显示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【优化】海外昵称转换规则优化，避免出现昵称乱码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【优化】英文观看海外观众游客统一用Guest取代中文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【优化】复制频道不要把某些旧频道字段进行copy（包括最新推流时间等）</w:t>
      </w:r>
    </w:p>
    <w:p>
      <w:pPr>
        <w:pStyle w:val="Heading1"/>
      </w:pPr>
      <w:r>
        <w:t>3.7.0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10 月 28日发布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【新增】竖屏带货观看页增加回复、关注公众号、答题卡、问卷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【新增】严禁词增加手机号、QQ号过滤开关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【新增】报名观看支持发送短信提醒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【新增】预约人数支持后台修改，仅有新版后台支持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【优化】加载页面时增加骨架图过渡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【优化】无论接收转播频道是否开启聊天审核，主频道都可以正常看到历史已通过审核的观众消息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【优化】查询历史聊天消息接口增加分页总数，传入count后才返回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【优化】直播暂存过期，观看页对应视频和文档均不出现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【优化】（新版后台）记录下载使用异步方式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【优化】（新版后台）多条相同场次回放记录后台交互优化，突出合并视频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【优化】（新版后台）增加中奖记录导出功能</w:t>
      </w:r>
    </w:p>
    <w:p>
      <w:pPr>
        <w:pStyle w:val="Heading1"/>
      </w:pPr>
      <w:r>
        <w:t>3.6.2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10 月 21日发布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【新增】批量查询直播状态接口（包含所有状态）（给观众用）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【新增】客户端及网页开播支持直接粘贴图片发送到公聊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【新增】无延迟OBS推流插件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【新增】查询账号某段时间内的场次报表数据接口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【优化】无延迟播放器拉流中有loading动效及文案说明，优化加载中体验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【优化】后台增加文案提示，告知直接使用点播上传的视频作为伪直播风险，优化直播码率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【优化】观众发送的红包经过聊天严禁词过滤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【优化】报名记录导出的列表，按照报名时间排列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【优化】新版后台，大班课场景也支持转播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【优化】客户通过接口传入直播介绍的样式高于系统样式规则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【优化】全量开通静态PPT转码清晰度升级服务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【优化】助教页响应旧版直播后台，通用设置中的提问开关</w:t>
      </w:r>
    </w:p>
    <w:p>
      <w:pPr>
        <w:pStyle w:val="Heading1"/>
      </w:pPr>
      <w:r>
        <w:t>3.6.1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10 月 14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【新增】签到功能在学员端出现时带音效，增强用户感知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【新增】卡片推送支持API增删改，观看端支持JS-SDK、多场景SDK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【新增】直播间人员进出回调设置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【新增】后台页面装修菜单增加成员列表，超管控制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【新增】新版观看页增加积分余额字段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【新增】根据频道号查询对应的流名称的接口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【优化】云分发加入子账号角色权限列表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【优化】新版直播频道创建接口支持传入密码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【优化】PC观看页再无延迟及非无延迟情况下全屏观看，也能看到签到弹窗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【优化】更新观看页、后台地区选择的组件，提升准确性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【优化】场次报表中的累计观看时长使用不足一分钟按一分钟计算的规则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【优化】回放视频过多查数据失败问题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【优化】观看页播放器控件挡住了PPT翻页控件优化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【优化】个性化表情也经过聊天审核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【优化】随机生成的密码不会再出现大写的i和小写的L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【优化】助教页提问功能响应聊天室设置开关</w:t>
      </w:r>
    </w:p>
    <w:p>
      <w:pPr>
        <w:pStyle w:val="Heading1"/>
      </w:pPr>
      <w:r>
        <w:t>3.6.0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9 月 28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【新增】直播回调设置增加暂停中（stop）状态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【新增】定向客户union页显示多用多送任务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【新增】互动接收端 SDK 增加卡片推送功能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【优化】非无延迟直播的直播状态只与点击上下课相关，与CDN流状态无关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【优化】答题卡、问卷查询接口可传入场次查询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【优化】助教端和监播端需要显示跑马灯或水印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【优化】预约成功后视频直播平台公众号推送预约成功消息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【优化】关注公众号API，qrCodeUrl关闭时为选填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【修复】报名审核导入名单后导致审核列表全部通过的问题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【修复】主讲端接收图片裂开问题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 新版后台，直播子账号登录会报错"禁止访问（权限错误）"</w:t>
      </w:r>
    </w:p>
    <w:p>
      <w:pPr>
        <w:pStyle w:val="Heading1"/>
      </w:pPr>
      <w:r>
        <w:t>3.5.2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9 月 23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【新增】分房间支持卡片推送、商品推送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【新增】助教和监播端显示防录屏跑马灯及水印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【新增】转存回调增加重制课件转点播成功回调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【新增】新版后台支持泛域名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【优化】微信环境下，普通直播中预览图片直播暂停问题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【优化】聊天虚拟键盘可直接发送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【优化】卡片推送的观看倒计时改为累计观看时长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【优化】自动合并在一些场景下会缺少mp4或者m3u8的问题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【优化】分享的地址和在后台显示的观看地址分为两个字段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【优化】移动web观看页暖场图片样式与PC对齐，使用等比缩放或拉伸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【优化】答题卡评分题精确到小数点后四位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【优化】提问内容增加严禁词判断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【修复】开播端发送图片后进行回复，观看端无法看到回复效果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【修复】导出问答数据，如果数据中包含图片会无法导出</w:t>
      </w:r>
    </w:p>
    <w:p>
      <w:pPr>
        <w:pStyle w:val="Heading1"/>
      </w:pPr>
      <w:r>
        <w:t>3.5.1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9 月 16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【新增】竖屏观看支持抽奖、签到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【优化】部分海外用户观看无延迟直播黑屏问题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【优化】水印设置支持纯视频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【优化】竖屏观看页商品列表多行显示精简为一行+有省略号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【优化】观看页踢出机制支持分房间</w:t>
      </w:r>
    </w:p>
    <w:p>
      <w:pPr>
        <w:pStyle w:val="Heading1"/>
      </w:pPr>
      <w:r>
        <w:t>3.5.0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9 月 13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【新增】新版后台支持ODM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【新增】观看页播放器增加文字全屏水印防录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【新增】无延迟直播观看支持弹幕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【新增】竖屏观看JS-SDK增加抽奖、签到、只看主持人功能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【新增】直播复盘功能预热页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【优化】问卷结果查询速度优化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【优化】接受转播频道的问答数据可下载，也可在发起转播频道下载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【优化】观看页直播状态查询性能优化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【优化】观看页在聊天室token超时有弹窗提示用户刷新页面，以免有观看，而成员列表无显示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【优化】修改频道信息接口linkmiclimit不填时使用原有频道的设置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【修复】无延迟观看统计数据，合并同一用户后，导出记录依旧有多条问题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【修复】iframe 方式嵌入新版观看页使用外部授权，并设置次要观看条件为登记观看，微信进入直播间白屏问题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【修复】客户端不结束连麦，就退出，重新进入，观看页还是连麦开启状态问题</w:t>
      </w:r>
    </w:p>
    <w:p>
      <w:pPr>
        <w:pStyle w:val="Heading1"/>
      </w:pPr>
      <w:r>
        <w:t>3.4.2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9 月 2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【新增】竖屏组件支持邀请榜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【新增】问答支持回复的时候发图片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【新增】观众回放续播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【新增】【新版后台】api接口适配（报名观看、直播间修改、直播间批量创建、页面装修、打赏设置等）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【优化】H5观看页需要适配标题大小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【优化】h5支持快速问答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【优化】新版互动接收端 SDK（签到、答题卡、抽奖、公告、问卷）接入到观看页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【优化】【新版后台】union页增加提示，提示财务是每天更新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【修复】学员未观看直播，签到列表有该学员"未签到"记录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【修复】新版观看页切换英文模式时，弹出的签到框标题没有显示英文</w:t>
      </w:r>
    </w:p>
    <w:p>
      <w:pPr>
        <w:pStyle w:val="Heading1"/>
      </w:pPr>
      <w:r>
        <w:t>3.4.1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8 月 26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【新增】【新版后台】创建频道接口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【优化】新版互动接收端 SDK（抽奖、公告）接入到观看页 / 竖屏观看页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【优化】新注册客户使用prtc默认最高连麦清晰度720p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【优化】无延迟全屏下看不到连麦者画面文案修改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【修复】旧版后台场次报表无延迟观看详情部分不显示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【修复】【新版后台】没有开通动画转码,后台上传PPT依旧有动画转换选项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【修复】【红包雨】竖屏出现红包雨时样式未加载问题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【修复】自动合并后增加回调通知</w:t>
      </w:r>
    </w:p>
    <w:p>
      <w:pPr>
        <w:pStyle w:val="Heading1"/>
      </w:pPr>
      <w:r>
        <w:t>3.4.0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8 月 19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【新增】竖屏直播支持发送表情和打赏特效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【新增】新旧版直播后台账单概览、账单明细增加点播计费项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【新增】支持微软Azure AD单点登录对接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【新增】红包雨图片可替换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【新增】【新版后台】创建频道接口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【新增】【新版后台】报名观看支持报名审核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【新增】直播状态增加等待中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【新增】助教角色最大可以支持创建150个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【新增】支持多频道获取中奖列表接口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【优化】重制课件支持word全屏显示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【优化】同一场次回放自动合并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【优化】新版观看页，微信内iframe观看页时，聊天室图片可放大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【优化】营销-打赏-上传自定义打赏图片加入裁剪组件库，保证展示效果不变形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【修复】修复频道转播、双师cname不生效问题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【修复】旧版后台数据统计地域分布top10排行榜没有按比例排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【修复】报名观看导出加锁，防止重复操作把服务拖垮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【修复】新版后台直播监控删除聊天记录，对于已经在直播间的，没有同步更新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【修复】两场不同的暂存视频转存后场次号相同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【修复】客户端主播，网页嘉宾，结束直播后嘉宾不退出 进行下一场 无法将嘉宾下麦</w:t>
      </w:r>
    </w:p>
    <w:p>
      <w:pPr>
        <w:pStyle w:val="Heading1"/>
      </w:pPr>
      <w:r>
        <w:t>3.3.0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7 月 29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【新增】报名观看支持审核（仅支持新版后台和横屏场景）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【新增】三分屏直播支持文档区水印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【新增】倒计时卡片推送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【新增】接口支持切换无延迟和正常延迟直播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【新增】查询账号下所有频道详细信息接口增加频道封面图的字段输出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【直播】"创建频道接口"增加预约功能开关字段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【优化】鼠标未选择绘图功能时自动切换为激光笔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【优化】使用倒计时与显示引导页解绑</w:t>
      </w:r>
    </w:p>
    <w:p>
      <w:pPr>
        <w:pStyle w:val="Heading1"/>
      </w:pPr>
      <w:r>
        <w:t>3.2.0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7 月 8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【新增】云分发功能一期（公测，联系销售开通）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【新增】三分屏伪直播（仅旧版后台支持）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【新增】表情增加表情包，优化旧版表情效果，仅支持新版观看页（旧版观看页和使用sdk接入客户暂时接收不到新表情）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【新增】禁流/恢复流接口支持无延迟直播频道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【新增】账号接口请求支持sha256算法加密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【优化】PPT文件上传接口，文件大小限制提升到200M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【优化】关闭"微信公众号相关功能开关"红包功能也关闭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【优化】上传文档接口，支持从远端同步文件上传到频道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【修复】直播统计页面区域展示兼容国家级别</w:t>
      </w:r>
    </w:p>
    <w:p>
      <w:pPr>
        <w:pStyle w:val="Heading1"/>
      </w:pPr>
      <w:r>
        <w:t>3.1.1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6 月 24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【新增】定时红包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【新增】增加"没听懂"、“明白了”，增强老师与听众反馈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【新增】互动发起 SDK 支持接收转播频道使用抽奖功能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【新增】【新版后台】打赏增加5个新道具+动效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【新增】【新版后台】道具打赏设置弹窗增加"恢复默认"按钮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【优化】暖场视频提高文件大小限制到200M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【优化】富文本编辑器优化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【优化】使用referer区分回放地址防盗链，避免第三方下载器下载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【修复】华为pad使用浏览器进入直播观看页底部按钮会被遮挡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【修复】V3监控页和图文直播页不显示新版后台指引弹窗</w:t>
      </w:r>
    </w:p>
    <w:p>
      <w:pPr>
        <w:pStyle w:val="Heading1"/>
      </w:pPr>
      <w:r>
        <w:t>3.1.0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6 月 17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【新增】重制课件增加画中画模板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【新增】新增可以批量修改频道的弹幕相关设置接口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【优化】非直播状态也可以使用问答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【优化】助教页限制嘉宾登录</w:t>
      </w:r>
    </w:p>
    <w:p>
      <w:pPr>
        <w:pStyle w:val="Heading1"/>
      </w:pPr>
      <w:r>
        <w:t>3.0.0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5 月 31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【新增】后台登录首页改版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【新增】直播后台整体升级到3.0.0</w:t>
      </w:r>
    </w:p>
    <w:p>
      <w:pPr>
        <w:pStyle w:val="Heading1"/>
      </w:pPr>
      <w:r>
        <w:t>2.50.0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5 月 27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【新增】频道设置支持切换无延迟和正常延迟（需要账号开通无延迟直播）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【新增】无延迟讲师清晰度默认提升至720p（需要客户端4.4及以上版本）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【新增】直播带货普通商品增加标签和备注显示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【新增】提供编辑/查询userID在客户账号下所有频道禁言/解禁接口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【优化】客户端4.x切换到英文语言，互动及聊天室部分也要切换为英文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【优化】聊天室严禁词，普通学员昵称匹配时，可以为'王老师'，不可以为'老师'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【优化】ppt上传文件接口限制改为200M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【修复】三分屏频道不能启动4.x mac客户端</w:t>
      </w:r>
    </w:p>
    <w:p>
      <w:pPr>
        <w:pStyle w:val="Heading1"/>
      </w:pPr>
      <w:r>
        <w:t>2.49.0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5 月 7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【新增】卡片推送功能，观看页出现倒计时弹窗卡片，引导观众点击跳转购买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【新增】直播带货观看页支持无延迟直播观看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【新增】后台新增无需封面图样式海报，默认选中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【优化】提升mp4裁剪生成视频速度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【优化】新建频道密码随机产生必含大写+小写+数字，提升密码安全性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【优化】新版观看页兼容hasFrame参数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【优化】查询功能开关状态接口增加问答功能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【优化】回放列表增加直播开始时间显示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【优化】新版观看页H5端菜单Tab及输入框调低高度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【优化】聊天气泡长度缩短。解决挡住点赞按钮聊天内容的问题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【优化】视频上的弹幕增加阴影、多条弹幕间距调整、弹幕速度调整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【优化】集团账号：查询账号套餐情况接口返回速度提升，减少等待时长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【修复】新版观看页在iPad iOS13 safari上点击回放播放按钮无效问题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【修复】无延迟观看在后台数据统计观看类型中未展现问题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【修复】关闭推流端分享按钮不生效问题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直播管理后台更新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