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快速开启一场直播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快速开启一场直播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让新用户快速使用保利威直播技术开启一场直播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82612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a5f38a17706089e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82612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创建直播频道、设置直播信息、发起直播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注册&amp;登录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1、登入官网：https://www.polyv.net/ 点击右上角登录按钮，使用微信扫码注册账号或手机号注册账号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61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d716726e3a51f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6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2、有账号后，可以选择三种登录方式进行登录：密码登录、短信登录、频道登录，进入管理后台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61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989c9eeab4971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6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新建直播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如何快速新建一场直播？首先点击“马上开始”，点击“新建直播”，输入直播名称，点击“保存并创建直播间”，一场直播就创建完成了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494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808e23de9fb4f1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4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开播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开播链接第一次会在创建直播完成时弹出，如果想再次打开可以点右上角的“开播”按钮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6382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dcd17677c6c41e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63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网页开播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打开网页开播链接，检测设备连接完整性，点击左下角“开始”按钮，开播成功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8d7b31e7b004b8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客户端开播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1、客户端开播需要提前下载客户端，可以前往软件下载页下载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2b93a8de4864eb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2、进入开播链接，点击客户端开播，再点击“启动新版4.0客户端”，将会直接拉起客户端, 点击左下角“开始”按钮，开播成功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28df91450ecac4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移动端开播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1、移动端开播首先要下载手机开播APP，可以扫码安装，或直接在手机应用市场搜索“Polyv 开播”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![](https://liveimages.videocc.net/help_doc/75f4c4b1-f103-4f8a-9800-7a0ff5962159.png)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2、复制移动端开播链接，在手机中打开后，可快速拉起开播APP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39507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302a3eef83c920b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395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3、点击开播后即可开播成功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629bd048a23be7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0b04a9cbc421bb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观看直播</w:t>
      </w:r>
    </w:p>
    <w:p>
      <w:pPr>
        <w:pStyle w:val="Heading3"/>
      </w:pPr>
      <w:r>
        <w:t>网页端观看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可以将链接复制分享给观众，观众进入链接即可观看直播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836852876c4d4d9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移动端观看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手机扫描移动端H5观看码，即可打开观看页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4386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97843735bcf3ec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438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87748b433b3116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快速开启一场直播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