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快速开启一场直播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736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b920899a7ecff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7362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快速开启一场直播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