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快速开启一场直播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本文介绍如何完成账号注册、登录管理后台、新建直播、选择开播方式，并将观看链接分享给观众。</w:t>
      </w:r>
    </w:p>
    <w:p>
      <w:pPr>
        <w:pStyle w:val="Heading1"/>
      </w:pPr>
      <w:r>
        <w:t>一、开始前准备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开始前，请确认已准备以下内容：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可登录保利威官网的账号；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可进入云直播管理后台；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如需网页端或客户端开播，电脑已连接摄像头和麦克风；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如需客户端开播，已安装保利威直播客户端；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如需移动端开播，已安装 Polyv 开播 App。</w:t>
      </w:r>
    </w:p>
    <w:p>
      <w:pPr>
        <w:pStyle w:val="Heading1"/>
      </w:pPr>
      <w:r>
        <w:t>二、注册与登录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打开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保利威官网</w:t>
      </w:r>
      <w:r>
        <w:rPr>
          <w:rFonts w:ascii="Source Han Sans SC" w:hAnsi="Source Han Sans SC" w:eastAsia="Source Han Sans SC" w:cs="Source Han Sans SC" w:hint="eastAsia"/>
          <w:sz w:val="21"/>
        </w:rPr>
        <w:t>，点击右上角【登录】按钮。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使用微信扫码或手机号注册账号。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61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d716726e3a51f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注册完成后，选择【密码登录】、【短信登录】或【频道登录】，进入管理后台。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461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989c9eeab4971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4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三、新建直播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进入云直播管理后台，点击【马上开始】。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点击【新建直播】。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输入直播名称。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点击【保存并创建直播间】。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直播创建成功后，系统会生成直播间，并弹出开播链接。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449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5994c8bb7196e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4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四、开播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直播创建完成后，系统会弹出开播链接。如需再次打开，可点击右上角【开播】按钮。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162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e905b0623931a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16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网页开播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打开网页开播链接。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按页面提示完成设备检测。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点击左下角【开始】按钮，即可开播。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8d7b31e7b004b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客户端开播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如未安装客户端，请先前往软件下载页下载并安装。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7214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90b4cf97105cab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721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进入开播链接，点击【客户端开播】。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点击【启动新版4.0客户端】。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客户端打开后，点击左下角【开始】按钮，即可开播。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28df91450ecac4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移动端开播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下载 Polyv 开播 App。可扫码安装，或在手机应用市场搜索“Polyv 开播”。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0017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654ac3a88886c5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001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复制移动端开播链接，并在手机中打开。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0464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4d3c0590a46627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0464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系统拉起 Polyv 开播 App 后，点击【开播】，即可开播。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7864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e213a63ea3bb29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786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0b04a9cbc421bb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五、观看直播</w:t>
      </w:r>
    </w:p>
    <w:p>
      <w:pPr>
        <w:pStyle w:val="Heading2"/>
      </w:pPr>
      <w:r>
        <w:t>网页端观看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复制观看链接并分享给观众，观众打开链接后即可观看直播。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684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36852876c4d4d9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68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移动端观看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观众使用手机扫描移动端 H5 观看码，即可打开观看页。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386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97843735bcf3ec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38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87748b433b3116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六、相关文档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网页端开播操作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客户端开播操作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手机开播操作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快速开启一场直播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