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newer common question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newer common question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