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基础概念说明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&amp;emsp;&amp;emsp;欢迎使用保利威云直播，本文提供了保利威常见术语、角色的释义，和整体业务流程，以帮助你更快理解产品架构，上手使用。</w:t>
      </w:r>
    </w:p>
    <w:p>
      <w:pPr>
        <w:pStyle w:val="Heading1"/>
      </w:pPr>
      <w:r>
        <w:t>常见名词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&amp;emsp;&amp;emsp;用于发布、观看特定内容的独立直播单元，类似于电视频道；每个频道有独立的名称、简介、开播时间、人员安排、课件内容、数据统计等，可以发起多次直播。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创建直播频道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&amp;emsp;&amp;emsp;管理员创建直播频道，可以将频道分配给主讲人员进行开播，可以生成一个直播地址给观众、嘉宾、助教进行直播观看。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删除直播频道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&amp;emsp;&amp;emsp;管理员删除直播频道，主讲、观众、嘉宾、助教都无法再打开频道，并且无法恢复使用。后台会保存已删除的直播频道产生的数据。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开始直播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&amp;emsp;&amp;emsp;主持点击开始直播按钮，代表观众可以看到直播频道内容，嘉宾可以连麦进入频道，系统开始内容录制、数据统计。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结束直播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&amp;emsp;&amp;emsp;主持点击结束直播按钮，观众无法看到直播频道内容，嘉宾无法再继续连麦观看，系统停止内容录制、数据统计。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断开直播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&amp;emsp;&amp;emsp;因为意外情况导致直播频道自动结束直播，常见意外情况包括主讲网络不稳定，程序意外关闭等。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&amp;emsp;&amp;emsp;主讲开始直播，再结束直播（主讲主动结束，或意外断开），为一个直播场次。每个场次都会产生场次数据报表、场次录像。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&amp;emsp;&amp;emsp;用于标识直播频道的使用状态。直播中表示直播频道中有主讲正在直播，回放中表示频道中正在回放录制视频，暂无直播表示频道中没有主讲直播，也没有在回放录制视频。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&amp;emsp;&amp;emsp;指直播频道中两人或多人同时打开摄像头、麦克风互动交流。</w:t>
      </w:r>
    </w:p>
    <w:p>
      <w:pPr>
        <w:pStyle w:val="Heading1"/>
      </w:pPr>
      <w:r>
        <w:t>常见角色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@media screen and (min-width: 769px)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.static-table-scroll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overflow-x: visible;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.static-table-scroll table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width: 100%;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min-width: 0;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table-layout: fixed;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th,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td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white-space: normal;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overflow-wrap: break-word;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word-break: break-word;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vertical-align: top;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th:nth-child(1),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td:nth-child(1) { width: 12%;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th:nth-child(2),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td:nth-child(2) { width: 21%;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th:nth-child(3),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td:nth-child(3) { width: 51%;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th:nth-child(4),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.role-reference-table td:nth-child(4) { width: 16%;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角色名称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来源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职责权限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使用平台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集团管理员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由企业提出申请，在保利威后台开通。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管理员一般用于大型机构或政府单位，对旗下多个子公司或分支机构进行直播业务管理。在开通集团账号并购买套餐后，可以创建分支机构的直播后台，统一分配直播并发、套餐时长，各分账号的业务独立运营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集团账号管理后台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后台管理员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第一个创建企业账号的人，拥有管理后台的全部管理权限，企业创建人的身份可转移给他人，可以通过自己在登录页面完成注册，或找商务开通。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企业所有的业务流程进行管理，包括：直播管理：新增、删除直播频道，设置频道功能，对频道进行运营宣传，监控管理直播流程，查看频道数据；财务中心：可以查看账号产生的明细；开发设置：获取开发接口鉴权信息，回调设置等；人员管理：添加后台子账号，配置子账号角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直播管理后台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子账号管理员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后台超级管理员在后台根据人员信息创建子账号，再分配告知。可以给子账号分配组织架构和角色权限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辅助超级管理员，完成所属部门的后台业务，账号权限由关联的角色决定，默认角色包括：管理员：拥有直播平台的所有功能；直播频道管理员：新增、修改、删除直播频道，分配直播频道，查看频道数据；后台超级管理员可以自定义角色权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直播管理后台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讲师（主播）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每个频道有且仅有一个直播讲师，在创建直播频道时，自动生成，可以修改讲师信息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是直播过程的最高分享者、管理者，具体权限如下：内容分享：分享演示课件内容；互动交流：可以和观众连麦、聊天、问答，通过问卷、签到等功能对观众进行考核，通过抽奖、红包雨等功能活跃气氛；人员管理：对嘉宾、观众进行管理，可以将违规人员禁言、踢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网页开播、客户端开播、手机开播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在研讨会场景下，创建频道时，自动生成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拥有直播过程最高权限：内容分享、互动交流、人员管理等等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网页开播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在三分屏场景，可以在频道管理中添加频道嘉宾，通过嘉宾链接和密码进入直播，每个频道可以设置多个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作为特邀分享人员参与直播，可以在频道中自动连麦发言，并且可以分享文档内容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网页开播、客户端开播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可以在频道管理中设置助教，通过助教链接和密码进入直播，每个频道可以设置多个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辅助讲师完成直播管理，可以发布直播互动，对观众进行纪律管理，不做内容分享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进入观看页面的用户统称观众，频道可以完全开放给所有人，管理员也可以设置观看条件、人数，让特定人员观看直播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观看直播内容，发言提问，参与直播互动，观看直播回放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观看页、观看APP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基础概念说明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