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portal operation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portal operation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