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portal common question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portal common question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