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overview portal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overview portal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