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观众观看时长超过直播时长&amp;观众重复观看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如出现同一观众进入时间和观看时长有重复/冲突，或累计的观看时长超过了直播时长，一般是因为观众多开了观看页导致。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目前以下情况可能会出现该问题：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使用旧版SDK观看：目前旧版SDK不支持判断是否多端登录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观看端与观看端的打开时间间隔非常短：目前逻辑是进入观看端时，先获取帐号信息再判断是否有在其他端登录再去登录，如果观众同时打开多个观看端，导致没有判断到多开的状态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使用APP观看：目前APP观看不支持判断是否多端登录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观众观看时长超过直播时长&amp;观众重复观看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