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H5观看页连麦-新旧版对照说明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6343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41b3de444a799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63438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H5观看页连麦-新旧版对照说明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