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如何获得推流地址和直播码</w:t>
      </w:r>
    </w:p>
    <w:p>
      <w:pPr>
        <w:pStyle w:val="Heading1"/>
      </w:pPr>
      <w:r>
        <w:t>什么是推流地址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推流地址是将视频流发布至您的自有服务器或者第三方平台（例如：微信视频号/b站等） 的特定标志，用于标识当前视频流的具体去向。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RTMP是Real Time Messaging Protocol（实时消息传输协议）的首字母缩写。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 RTMP 协议，推流地址是形如 rtmp://yourserver.com/app 的一串网络地址，大部分第三方平台都会将其分成 rtmp地址 rtmp://yourserver.com/app （也称为推流地址等）和 直播码 stream （也称为推流密钥、推流码等）来提供。</w:t>
      </w:r>
    </w:p>
    <w:p>
      <w:pPr>
        <w:pStyle w:val="Heading1"/>
      </w:pPr>
      <w:r>
        <w:t>如何获取第三方平台推流地址和直播码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一般来说，登录对应平台的直播设置页面，完成相关注册和认证后，在开播设置等位置，可找到“推流地址”等类似字样。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按其说明复制对应的rtmp地址和直播码，然后在保利威【云分发 -&gt; 分发设置 -&gt; 分发列表 -&gt; 添加或编辑分发平台】中，填入对应的输入框并确定即可。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如果平台未分开提供rtmp地址和直播码，而是提供一整串的推流地址/rtmp地址，则将其直接粘贴至“推流地址”输入框即可，其会被自动按相应规则拆分成rtmp地址和直播码来显示。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大部分平台的直播间并非实时开启/响应式开启，需要您在后台手动开启后，相关直播才会真正生效。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需留意不同平台对于推流地址和直播码的时效性规定，转推前请检查是否仍然有效。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以下提供一些常见第三方平台的推流地址获取方式，以供参考。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如有疑问，请以第三方平台官方指南为准，或咨询对应平台客服人员。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目前抖音、淘宝直播、西瓜视频不对外提供推流地址，可尝试向平台申请。</w:t>
      </w:r>
    </w:p>
    <w:p>
      <w:pPr>
        <w:pStyle w:val="Heading2"/>
      </w:pPr>
      <w:r>
        <w:t>如何获取哔哩哔哩推流地址和直播码</w:t>
      </w:r>
    </w:p>
    <w:p>
      <w:pPr>
        <w:pStyle w:val="Heading3"/>
      </w:pPr>
      <w:r>
        <w:t>前提条件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注册哔哩哔哩账号，绑定手机并经过实名认证才能获得直播权限，实名认证时需要上传您本人的身份证反面照片+手持身份证照片。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完成实名认证之后，请登录直播页面点击【我要直播】按钮根据提示完成开通直播的申请，提交后请等待审核通过。 (一般会在48小时之内完成审核)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通过审核之后再次点击【我要直播】按钮，可进入自己的直播间再次编辑直播间信息。</w:t>
      </w:r>
    </w:p>
    <w:p>
      <w:pPr>
        <w:pStyle w:val="Heading3"/>
      </w:pPr>
      <w:r>
        <w:t>获取推流地址和直播码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9835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ebbe7ce1f449f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9835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2249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902ecdabaf682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224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48156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9bf7f7e140ad2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4815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  <w:r>
        <w:rPr>
          <w:rFonts w:ascii="Source Han Sans SC" w:hAnsi="Source Han Sans SC" w:eastAsia="Source Han Sans SC" w:cs="Source Han Sans SC" w:hint="eastAsia"/>
          <w:sz w:val="21"/>
        </w:rPr>
        <w:t>每次直播前需要手动在哔哩哔哩直播间设置中，点击开始直播</w:t>
      </w:r>
    </w:p>
    <w:p>
      <w:pPr>
        <w:pStyle w:val="Heading2"/>
      </w:pPr>
      <w:r>
        <w:t>如何获取微信视频号推流地址和直播码</w:t>
      </w:r>
    </w:p>
    <w:p>
      <w:pPr>
        <w:pStyle w:val="Heading3"/>
      </w:pPr>
      <w:r>
        <w:t>前提条件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登录地址  ,使用开通推流直播权限微信号扫码登录，管理员或运营者微信都可扫码。事先需在【发现 -&gt; 视频号 -&gt; 右上角账号设置 -&gt; 创作者中心 -&gt;认证】，完成对应认证。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289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961890e315bff8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289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获取推流地址和直播码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点击“直播管理”，填写基本信息，点击创建。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015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bf339852c2c84b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01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复制对应的推流地址和推流密钥（即直播码）。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043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cf12a126a63ef3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0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直播流显示画面后，才能点击开始直播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直播结束时一定要点击结束直播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网页推流开播不支持添加及管理商品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评论区仅限制字数，35字以内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如何获得推流地址和直播码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