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角色设置常见问题</w:t>
      </w:r>
    </w:p>
    <w:p>
      <w:pPr>
        <w:pStyle w:val="Heading2"/>
      </w:pPr>
      <w:r>
        <w:t>问题1：主讲是否可以设置多个?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不可以，主讲为唯一角色，一个直播间只有1个讲师，负责上课和管理直播间信息</w:t>
      </w:r>
    </w:p>
    <w:p>
      <w:pPr>
        <w:pStyle w:val="Heading2"/>
      </w:pPr>
      <w:r>
        <w:t>问题2：助教最多可以创建多少个？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最多可以创建500个助教</w:t>
      </w:r>
    </w:p>
    <w:p>
      <w:pPr>
        <w:pStyle w:val="Heading2"/>
      </w:pPr>
      <w:r>
        <w:t>问题3：嘉宾最多可以创建多少个？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最多创建16个，实际创建数量根据账号开通的连麦人数为准</w:t>
      </w:r>
    </w:p>
    <w:p>
      <w:pPr>
        <w:pStyle w:val="Heading2"/>
      </w:pPr>
      <w:r>
        <w:t>问题4：可以自定义主讲、嘉宾、助教的账号密码么？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后台中是不可以修改主讲、嘉宾、助教账号的，可以修改密码，如果老师需要自定义账号密码登录，可以使用单点登录的方法来实现</w:t>
      </w:r>
    </w:p>
    <w:p>
      <w:pPr>
        <w:pStyle w:val="Heading2"/>
      </w:pPr>
      <w:r>
        <w:t>问题5：可以让嘉宾老师看不到在线成员列表么？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可以，在嘉宾的【角色权限】中取消【成员列表】即可</w:t>
      </w:r>
    </w:p>
    <w:p>
      <w:pPr>
        <w:pStyle w:val="Heading2"/>
      </w:pPr>
      <w:r>
        <w:t>问题6：最多可以多少个助教同时进行聊天审核？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没有上限，可以根据需要配置</w:t>
      </w:r>
    </w:p>
    <w:p>
      <w:pPr>
        <w:pStyle w:val="Heading2"/>
      </w:pPr>
      <w:r>
        <w:t>问题7：主讲和嘉宾的抠像背景可以提前在哪里修改？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在主讲和嘉宾【角色权限】→【功能配置】→【设置AI抠像背景图】中修改</w:t>
      </w:r>
    </w:p>
    <w:p>
      <w:pPr>
        <w:pStyle w:val="Heading2"/>
      </w:pPr>
      <w:r>
        <w:t>问题8：角色设置中修改了嘉宾名称和头衔，观看页不生效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不支持，现金红包是基于微信环境中的微信支付功能，必须在微信中才能实现现金交互</w:t>
      </w:r>
    </w:p>
    <w:p>
      <w:pPr>
        <w:pStyle w:val="Heading2"/>
      </w:pPr>
      <w:r>
        <w:t>问题9：在后台现金红包点击修改出现提示："调用微信支付失败"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原因：嘉宾进入后进行的修改；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解决方案：需要嘉宾老师重新登录后生效</w:t>
      </w:r>
    </w:p>
    <w:p>
      <w:pPr>
        <w:pStyle w:val="Heading2"/>
      </w:pPr>
      <w:r>
        <w:t>问题10：网页开播时是否可以默认打开【混音开关】？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可以的，在主讲和嘉宾【角色权限】→【功能配置】→【网页开播专属配置】→【混音开关默认开启】中打开</w:t>
      </w:r>
    </w:p>
    <w:p>
      <w:pPr>
        <w:pStyle w:val="Heading2"/>
      </w:pPr>
      <w:r>
        <w:t>问题11：角色设置中【角色权限】里面【摄像头状态跟随】，是什么意思？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开启【摄像头状态跟随】后，屏幕共享时将默认保持共享前的摄像头开关状态，不开启则共享时默认关闭</w:t>
      </w:r>
    </w:p>
    <w:p>
      <w:pPr>
        <w:pStyle w:val="Heading2"/>
      </w:pPr>
      <w:r>
        <w:t>问题12：提问窗口的讲师提示语可以更改吗？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可以，进入【页面装修】-点击【提问】-修改【提问提示语】即可</w:t>
      </w:r>
    </w:p>
    <w:p>
      <w:pPr>
        <w:pStyle w:val="Heading2"/>
      </w:pPr>
      <w:r>
        <w:t>问题13：聊天室的学生头衔可以更改吗？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可以，进入【角色设置】-【观众设置】-【设置】-【开启】-修改头衔-头衔【开启】</w:t>
      </w:r>
    </w:p>
    <w:p>
      <w:pPr>
        <w:pStyle w:val="Heading2"/>
      </w:pPr>
      <w:r>
        <w:t>问题14：聊天室开启全体禁言后嘉宾还可以发言吗？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可以，进入【角色设置】-【嘉宾设置】-【设置】-勾选【禁言时可发言】即可</w:t>
      </w:r>
    </w:p>
    <w:p>
      <w:pPr>
        <w:pStyle w:val="Heading2"/>
      </w:pPr>
      <w:r>
        <w:t>问题15：批量添加助教时，模板表格里可以更换头衔和昵称的位置吗？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不可以，使用模板批量添加助教信息时，需要严格按照模板的位置来进行填写，第一例的头衔，第二例是昵称，第三例是密码，模板上的第二行红色内容，可以删除。</w:t>
      </w:r>
    </w:p>
    <w:p>
      <w:pPr>
        <w:pStyle w:val="Heading2"/>
      </w:pPr>
      <w:r>
        <w:t>问题16：助教可以给嘉宾老师翻页PPT吗？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可以，但需要先进入【角色设置】【助教设置】-给予助教【PPT翻页】权限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角色设置常见问题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