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回音问题如何解决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回音问题如何解决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