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【云分发】YouTube推流地址获取操作文档</w:t>
      </w:r>
    </w:p>
    <w:p>
      <w:pPr>
        <w:pStyle w:val="Heading1"/>
      </w:pPr>
      <w:r>
        <w:t>一、注册YouTube账号，并申请直播权限</w:t>
      </w:r>
    </w:p>
    <w:p>
      <w:pPr>
        <w:pStyle w:val="Heading1"/>
      </w:pPr>
      <w:r>
        <w:t>二、进入直播界面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7240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8f0a5a4084f99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724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三、直播设置中，复制直播码和串流密钥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9200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a81df1b26ea1f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920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8169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1376284b80f567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8169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【云分发】YouTube推流地址获取操作文档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