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【云分发】Facebook推流地址获取操作文档</w:t>
      </w:r>
    </w:p>
    <w:p>
      <w:pPr>
        <w:pStyle w:val="Heading1"/>
      </w:pPr>
      <w:r>
        <w:t>一、注册Facebook账号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登陆你的Facebook个人账户，创建一场直播，直播的时候，Facebook会提示让你选择视频来源，如下所示，我们选择直播软件。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1544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6c83a38aaba27e2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154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81983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738a02d5a577153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8198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二、获取推流地址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第二步、Facebook会给你提供直播密钥和服务器网址， 这就是做Facebook推流直播时必须要要获取到的直播地址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4422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ad7c5f38dcc8bbf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44223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【云分发】Facebook推流地址获取操作文档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