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如何将应用上传至应用宝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在网上搜索腾讯开放平台，进入腾讯开放平台官网。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414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02d18ba0ce2c0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41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点击登录，用QQ号登录即可。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4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b6b9bf37ca6e1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登录后进入到个人管理中心，点击“创建应用”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542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a2ecd02352fc6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54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选择“应用平台”，选择移动应用安卓，随后开始创建应用。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870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dab046fe1300c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87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点击“创建应用”后会弹出选择安卓应用类型，选择“软件”，类型确定后就可以进入资料填充页面。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5991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85d0846d700e7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599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按照要求填写基本信息，提交审核，1-3天可审核上线。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9092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f78a1e6a7be26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9092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如何将应用上传至应用宝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