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AppStore上架流程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首先你的准备一个个人开发者账号、公司开发者账号。---我这里是公司开发者账号，是什么账号不要紧，因为只要有开发者（AppStore发布应用）权限就可以了。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准备好Xcode以及要上架的项目。（Xcode最好是Xcode7.1以上的版本）--楼楼的Xcode版本就是7.1的。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进入苹果开发者官网：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developer.apple.com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&amp;emsp;&amp;emsp;点击account，如下图：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161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beda6adebc4f3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1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&amp;emsp;&amp;emsp;进入登录界面，登录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526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ddeaf36d346f0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526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登录之后,点击Certificates, Identifiers &amp; Profiles，为项目创建Bundle ID 、发布证书、以及权限文件（Profiles）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933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f591ecb3ab156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93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&amp;emsp;&amp;emsp;进入Certificates, Identifiers &amp; Profiles之后，点击App IDs--&gt;"+"添加按钮, 为项目添加Bundle ID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711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f7e45e475bd1f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7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&amp;emsp;&amp;emsp;进入创建APP IDs 的界面。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&amp;emsp;&amp;emsp;App ID Description 的name 可以随意填。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5544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d6e53453ca060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554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&amp;emsp;&amp;emsp;Bundle ID 最好的格式是：（如：com.cpmpany.yayade)。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&amp;emsp;&amp;emsp;这里Bundle ID是要和Xcode项目中的Bundle Id 一致的。（最好将项目中的Bundle Id复制过来）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949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52817ebb89f82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9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&amp;emsp;&amp;emsp;如果有推送功能，要把“Push Notifications”勾选，反正就是项目用到什么功能或服务就把相应的选项勾选。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0541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bb69fd55c4eac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0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&amp;emsp;&amp;emsp;之后就是 continue --&gt;register 完成注册bundle ID的工作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接下来就要请求证书。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&amp;emsp;&amp;emsp;找到mac 自带的“钥匙串访问”软件，钥匙串访问--&gt;证书助理--&gt;从证书颁发机构请求证书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848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816be85a93adc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8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&amp;emsp;&amp;emsp;之后在证书助理界面填写相关内容，并将保存到本地桌面。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5460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4230bf987e2f6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54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&amp;emsp;&amp;emsp;如下图桌面上生成的.certSigningRequest证书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0833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e6e05feed21ff5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083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返回到之前的开发者网站：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&amp;emsp;&amp;emsp;Sign in with your Apple ID - Apple Developer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&amp;emsp;&amp;emsp;去生成发布证书。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714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fb320f560f38f5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7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 “+”按钮之后，出现以下内容界面，只需要选择“App Store and Ad Hoc” 即可，然后continue。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9648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1bddf44f49b57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96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&amp;emsp;&amp;emsp;如果你发现Production  下面的  “App Store and Ad Hoc”不可选！！！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&amp;emsp;&amp;emsp;原因及解决方案：因为一个用户名下只能同时有一个发布证书，你之前建立了某个证书并且没有使用的话就无法再创建了，先把它撤销或者使用后才可以继续创建新的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&amp;emsp;&amp;emsp;两次continue之后，进入以下界面（如下图）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&amp;emsp;&amp;emsp;选择 “Choose File...”按钮 ，将我们刚刚生成的.certSigningRequest证书导入。---&gt;continue--&gt; downLoad--&gt;Done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5275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51bbfded08d00a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52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&amp;emsp;&amp;emsp;生成发布证书之后，下载（downLoad）--&gt;找到下载的文件双击自动安装。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&amp;emsp;&amp;emsp;之后我们可以在“钥匙串访问”软件看到我们刚刚安装好的发布证书。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141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d4d28624d6bf4c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1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&amp;emsp;&amp;emsp;如果看到开发者证书无效。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&amp;emsp;&amp;emsp;解决方案详见：http://my.oschina.net/sfandy/blog/617139?fromerr=OT2Ptq54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&amp;emsp;&amp;emsp;如果解决完“开发者证书无效”的问题就要将第6步操作重新做一遍，生成有效的证书。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生成profiles 证书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15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&amp;emsp;&amp;emsp;点击“+”之后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615876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d9fcaf3d874c53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6158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&amp;emsp;&amp;emsp;App ID : 选择含有对应Bundle Id 的app Id。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18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&amp;emsp;&amp;emsp;之后就是下载文件：downLoad--&gt;找到下载的文件双击自动安装。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进入ITunes Connect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20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21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22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&amp;emsp;&amp;emsp;创建成功之后会进入：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328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29fadabc2b59bd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用Xcode打开你要上架的项目。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83227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cc68f0f39c4521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832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 Release copy 改为 distribution，如下图。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27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&amp;emsp;&amp;emsp;选择我们刚刚的distribution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2184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374f7033ae5181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2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&amp;emsp;&amp;emsp;&amp;emsp;&amp;emsp;9.1 TARGETS里面的General的Bundle Identifier，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69458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1a122b319c2c59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694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&amp;emsp;&amp;emsp;&amp;emsp;&amp;emsp;9.2 TARGETS里面的Build Settings的Code Signing Identity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&amp;emsp;&amp;emsp;&amp;emsp;&amp;emsp;这里的Provisioning Profiles 选择我们生成的Profiles证书。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4841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be3cbe7fdb747a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48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&amp;emsp;&amp;emsp;&amp;emsp;&amp;emsp;9.3 PROJECT里面的Build Settings的Code Signing Identity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4541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49520ed4774ce7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45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Archive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35253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d81567ffcc9a2b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352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archive时会遇到各种失败的情况：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&amp;emsp;&amp;emsp;10.1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306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11e4e4d893368c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3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&amp;emsp;&amp;emsp;&amp;emsp;&amp;emsp;解决方案 ：将三方框架重新导入一遍：即在终端执行：pod update 命令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3521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8f6aa59f7b99ed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3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&amp;emsp;&amp;emsp;10.2 ERROR ITMS-90096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&amp;emsp;&amp;emsp;&amp;emsp;&amp;emsp;解决方案：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app 上传时 ERROR ITMS-90096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&amp;emsp;&amp;emsp;10.3 Invalid Code Signing Entitlements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&amp;emsp;&amp;emsp;&amp;emsp;&amp;emsp;方案A.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解决Invalid Code Signing Entitlements 问题 - lady-奕奕的个人空间 - 开源中国社区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&amp;emsp;&amp;emsp;&amp;emsp;&amp;emsp;方案B.Target或者是Project的Build Settings--&gt;Code Signing Identity--&gt;Provisioning Profiles  没有选择对应正确的Profiles证书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&amp;emsp;&amp;emsp;10.4 出现No matching provisioning profile found: Your build settings specify a provisioning profile with the UUID “7738acfb-4d92-4525-adbe-fb66e9957009”, however, no such provisioning profile was found错误提示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&amp;emsp;&amp;emsp;&amp;emsp;&amp;emsp;试一下这个吧。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Your build settings specify a provisioning profile with the UUID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&amp;emsp;&amp;emsp;&amp;emsp;&amp;emsp;如果archive成功了，就会出现：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35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&amp;emsp;&amp;emsp;&amp;emsp;&amp;emsp;如果UpLoad to App Store 出现以下错误：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9366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76cb79762b7bc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9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&amp;emsp;&amp;emsp;&amp;emsp;&amp;emsp;解决方案：重新upload to App Store.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UpLoad to App Store成功之后，回到ITunes Connect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&amp;emsp;&amp;emsp;完善app一些具体信息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328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bf74eaee4982fa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&amp;emsp;&amp;emsp;构建版本会在你UpLoad to App Store成功之后的半个小时内，显示构建的版本。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3201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db1ba297241198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32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&amp;emsp;&amp;emsp;半个小时之后就会出现如下（记得刷新该页面）：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40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&amp;emsp;&amp;emsp;在构建版本处，出现上面内容之后，直接提交审核。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1314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390cf76f1c5070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13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&amp;emsp;&amp;emsp;如果提交不成功出现一下错误：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15791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5f584700598d1b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157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&amp;emsp;&amp;emsp;解决方案：技术支持网站没有填写，把它填上就可以喽。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&amp;emsp;&amp;emsp;转载：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&amp;emsp;&amp;emsp;文／做一只会思考的pig（简书作者）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&amp;emsp;&amp;emsp;原文链接：http://www.jianshu.com/p/996672107eb1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AppStore上架流程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