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图文直播常见问题</w:t>
      </w:r>
    </w:p>
    <w:p>
      <w:pPr>
        <w:pStyle w:val="Heading2"/>
      </w:pPr>
      <w:r>
        <w:t>问题1：图文直播设置中，头像的设置的要求是什么？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为了保证显示效果，请上传 140 x 140 大小的图标，支持jpg、jpeg、png格式，文件大小不超过 2M</w:t>
      </w:r>
    </w:p>
    <w:p>
      <w:pPr>
        <w:pStyle w:val="Heading2"/>
      </w:pPr>
      <w:r>
        <w:t>问题2：图文直播放大图片时会刷新页面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由于极少数机型的适配问题导致的，可以尝试更换设备观看，如果仍无法解决，请联系售后排查</w:t>
      </w:r>
    </w:p>
    <w:p>
      <w:pPr>
        <w:pStyle w:val="Heading2"/>
      </w:pPr>
      <w:r>
        <w:t>问题3：图文直播加载不出来图片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客户的域名不支持https，图片资源加载不出来，建议客户将域名配置添加https</w:t>
      </w:r>
    </w:p>
    <w:p>
      <w:pPr>
        <w:pStyle w:val="Heading2"/>
      </w:pPr>
      <w:r>
        <w:t>问题4：无法正常上传图文直播的图片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尝试切换网络后重新上传，若还是无法解决则联系售后处理</w:t>
      </w:r>
    </w:p>
    <w:p>
      <w:pPr>
        <w:pStyle w:val="Heading2"/>
      </w:pPr>
      <w:r>
        <w:t>问题5：图文直播添加内容发布提示发布失败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图片内容违规，如：涉黄、暴力等,请更换其他图片</w:t>
      </w:r>
    </w:p>
    <w:p>
      <w:pPr>
        <w:pStyle w:val="Heading2"/>
      </w:pPr>
      <w:r>
        <w:t>问题6：已经发布的图文直播，还可以进行修改吗？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已经发布的图文直播不支持直接进行修改，只能删除再次重新编辑发布</w:t>
      </w:r>
    </w:p>
    <w:p>
      <w:pPr>
        <w:pStyle w:val="Heading2"/>
      </w:pPr>
      <w:r>
        <w:t>问题7：已经发布了图文直播，为什么在观众端看不到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检查是否开启了图文直播功能，点击图文直播-开启-再编辑需要发布的图文直播内容</w:t>
      </w:r>
    </w:p>
    <w:p>
      <w:pPr>
        <w:pStyle w:val="Heading2"/>
      </w:pPr>
      <w:r>
        <w:t>问题8：从分享链接进入直播间无法看到图文直播菜单栏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jssdk目前没有图文直播，建议使用webview默认观看页</w:t>
      </w:r>
    </w:p>
    <w:p>
      <w:pPr>
        <w:pStyle w:val="Heading2"/>
      </w:pPr>
      <w:r>
        <w:t>问题9：图文直播模式下，图片显示不全，图片模式下，图片才能显示完整，这是为什么？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图文直播模式下，由于需要兼顾文字跟图片的排版，所以图片只会展示部分内容，可以点击图片进行查看，会弹出来完整的图片内容。</w:t>
      </w:r>
    </w:p>
    <w:p>
      <w:pPr>
        <w:pStyle w:val="Heading2"/>
      </w:pPr>
      <w:r>
        <w:t>问题10：图文直播支持从哪些角色发送？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图文直播目前只支持管理员登录后台，进入图文直播模板，进行发送，目前不支持从主讲、嘉宾、助教端口进行发起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图文直播常见问题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