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直播画面常见问题</w:t>
      </w:r>
    </w:p>
    <w:p>
      <w:pPr>
        <w:pStyle w:val="Heading2"/>
      </w:pPr>
      <w:r>
        <w:t>问题1：第三方工具推流出现模糊现象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原因：推流码率跟分辨率参数较低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推荐参数如下：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1）优先保证流畅的情况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分辨率：720p-1080p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音视频码率：1000Kbps-2000Kbps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视频编码：H264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音频编码：AAC(LC)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关键帧间隔：2秒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帧率：25帧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Profile：High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2）保证画质，忽略部分网络卡顿的情况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分辨率：1080p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音视频码率：2000Kbps-3000Kbps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视频编码：H264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音频编码：AAC(LC)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关键帧间隔：2秒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帧率：25帧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Profile：High</w:t>
      </w:r>
    </w:p>
    <w:p>
      <w:pPr>
        <w:pStyle w:val="Heading2"/>
      </w:pPr>
      <w:r>
        <w:t>问题2：第三方工具推流后无画面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原因：用了失效的推流地址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解决方案：后台地址默认带有防盗链，刷新或者30分钟后即自行改变。建议可以联系保利威售后进行推流地址固定，但固定推流地址有一定风险。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这个地址如果被其他人获取的话，也可以用这个流地址自行去推，并且从观看页可以看到其推流画面，请谨慎评估。</w:t>
      </w:r>
    </w:p>
    <w:p>
      <w:pPr>
        <w:pStyle w:val="Heading2"/>
      </w:pPr>
      <w:r>
        <w:t>问题3：屏幕共享时，画面黑屏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原因：开播电脑双显卡交互，默认显卡不支持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解决方案：禁用一张显卡后正常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具体操作可参考文档：https://help.polyv.net/index.html#/live/product/live_form/live_client/live_client_common_question?id=%e4%b8%80%e3%80%81%e5%85%b1%e4%ba%ab%e6%a1%8c%e9%9d%a2%e9%bb%91%e5%b1%8f</w:t>
      </w:r>
    </w:p>
    <w:p>
      <w:pPr>
        <w:pStyle w:val="Heading2"/>
      </w:pPr>
      <w:r>
        <w:t>问题4：客户端开播白屏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原因：cpu占用过高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解决方案：清理掉不需要的软件，释放电脑内存，重新开播</w:t>
      </w:r>
    </w:p>
    <w:p>
      <w:pPr>
        <w:pStyle w:val="Heading2"/>
      </w:pPr>
      <w:r>
        <w:t>问题5：观众端连麦没有视频画面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原因：使用了音频连麦；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解决方案：需要使用视频连麦才能看到对应画面，讲师端在发起连麦的时候选择“视频连麦”即可</w:t>
      </w:r>
    </w:p>
    <w:p>
      <w:pPr>
        <w:pStyle w:val="Heading2"/>
      </w:pPr>
      <w:r>
        <w:t>问题6：直播中嘉宾共享屏幕出现闪屏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原因：嘉宾老师的网络环境不稳定，导致视频画面一直在更新和丢包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解决方案：重新调整网络，建议直播时确保开播端以及嘉宾端网络稳定，以免因网络异常导致使用问题。</w:t>
      </w:r>
    </w:p>
    <w:p>
      <w:pPr>
        <w:pStyle w:val="Heading2"/>
      </w:pPr>
      <w:r>
        <w:t>问题7：连麦画面卡顿，音画不同步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原因：连麦人员网络不稳定，设备CPU占用高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保持网络的稳定，关注设备情况。建议直播时确保开播端以及嘉宾端网络稳定，以免因网络异常导致使用问题。以及直播时尽量关闭除开播软件外的其他软件，释放cpu内存，以免设备cpu消耗过高带不动，导致出现直播异常。</w:t>
      </w:r>
    </w:p>
    <w:p>
      <w:pPr>
        <w:pStyle w:val="Heading2"/>
      </w:pPr>
      <w:r>
        <w:t>问题8：手机开播，观看端看不到画面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原因1、开播环境为弱网环境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解决方案：切换手机流量后重新开播正常，建议开播时保障好开播端网络稳定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原因2、开启了测试模式，开启测试模式后，新进入的观众看不到直播画面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解决方案：关闭测试模式，登录网页开播后，左上角频道号显示右边有个测试模式开关，点击关闭即可。</w:t>
      </w:r>
    </w:p>
    <w:p>
      <w:pPr>
        <w:pStyle w:val="Heading2"/>
      </w:pPr>
      <w:r>
        <w:t>问题9：连麦看不到嘉宾画面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原因：嘉宾老师没有开启摄像头导致的；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解决方案：开启摄像头后可以正常看到</w:t>
      </w:r>
    </w:p>
    <w:p>
      <w:pPr>
        <w:pStyle w:val="Heading2"/>
      </w:pPr>
      <w:r>
        <w:t>问题10：拉流直播，观看页只有声音没有画面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原因：源流异常，本身就是没有画面的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解决方案：调整源流</w:t>
      </w:r>
    </w:p>
    <w:p>
      <w:pPr>
        <w:pStyle w:val="Heading2"/>
      </w:pPr>
      <w:r>
        <w:t>问题11：直播画面模糊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原因：画面模糊且分辨率低，查看推流情况，发现码率低至40~60之间；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解决方案：直播分辨率和码率过低，更换网络，建议开播网络至少在上下行20兆左右</w:t>
      </w:r>
    </w:p>
    <w:p>
      <w:pPr>
        <w:pStyle w:val="Heading2"/>
      </w:pPr>
      <w:r>
        <w:t>问题12：客户端已开播学员看不到直播画面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原因：客户用的嘉宾号开播，所以观众端才无法看到直播画面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解决方案：用讲师的频道号及密码进行开播</w:t>
      </w:r>
    </w:p>
    <w:p>
      <w:pPr>
        <w:pStyle w:val="Heading2"/>
      </w:pPr>
      <w:r>
        <w:t>问题13：伪直播画面最前面3-5秒左右没有播放出来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云厂商链路问题，前面没有加载成功，建议伪直播情况下把云厂商切换成c1，会更稳定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解决方案：请联系专属售后技术支持询问</w:t>
      </w:r>
    </w:p>
    <w:p>
      <w:pPr>
        <w:pStyle w:val="Heading2"/>
      </w:pPr>
      <w:r>
        <w:t>问题14：画面颜色失真或亮度不均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原因：摄像头白平衡设置不当，直播环境中的光线条件不好，直播软件中的颜色和亮度设置错误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解决方案：调整摄像头的白平衡设置，使颜色更加真实；优化直播环境中的光线，使用补光灯或调整光源位置；检查直播软件的颜色和亮度设置，进行相应调整。</w:t>
      </w:r>
    </w:p>
    <w:p>
      <w:pPr>
        <w:pStyle w:val="Heading2"/>
      </w:pPr>
      <w:r>
        <w:t>问题15：直播画面中，任务移动时会出现画面虚化现象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原因：推流使用的是1080i 50fps 的隔行扫描，导致画面在运动时虚化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1、把摄像机的画面拍摄参数调整为1080p 50fps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2、推流软件设置中开启反交错来避免隔行扫描</w:t>
      </w:r>
    </w:p>
    <w:p>
      <w:pPr>
        <w:pStyle w:val="Heading2"/>
      </w:pPr>
      <w:r>
        <w:t>问题16：直播时直播画面时而清晰时而模糊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原因：直播画面的清晰度主要是受直播码率影响，但是直播码率是否稳定和推流的网络带宽有关系，直播网络带宽不满足高码率推流或波动大时，就会出现画面不清晰情况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1、降低直播推流的参数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2、更换更高带宽的专属直播网络</w:t>
      </w:r>
    </w:p>
    <w:p>
      <w:pPr>
        <w:pStyle w:val="Heading2"/>
      </w:pPr>
      <w:r>
        <w:t>问题17：OBS推流画面出现闪屏&amp;花屏现象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原因：一般是设备画面采集的问题导致画面采集不稳定出现闪屏显现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1、直播软件移除画面重新进行画面采集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2、检查采集卡的链接线路</w:t>
      </w:r>
    </w:p>
    <w:p>
      <w:pPr>
        <w:pStyle w:val="Heading2"/>
      </w:pPr>
      <w:r>
        <w:t>问题18：直播过程中开启抠像功能，摄像头画面卡住不动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原因：设备性能包括CPU、内存、显卡等，当设备性能无法支持高强度的视频处理时，就会出现卡顿现象‌。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解决方案：升级设备硬件，如CPU、内存、显卡等，以满足高强度视频处理的需求。同时，关闭一些占用网络资源的程序和应用，以确保直播画面的流畅‌。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直播画面常见问题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