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直播清晰度常见问题</w:t>
      </w:r>
    </w:p>
    <w:p>
      <w:pPr>
        <w:pStyle w:val="Heading2"/>
      </w:pPr>
      <w:r>
        <w:t>问题1：直播时，助教页和直播监控页只显示出流畅清晰度，观看页显示多清晰度，可切换高清和超清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检查开播端的码率是否大于400kbps，若大于该码率，则尝试清理浏览器缓存后重新进入观看页</w:t>
      </w:r>
    </w:p>
    <w:p>
      <w:pPr>
        <w:pStyle w:val="Heading2"/>
      </w:pPr>
      <w:r>
        <w:t>问题2：saas观看页中的流畅、高清、超清切换是按什么配置显示，怎么调整才能显示出的所有的清晰度?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目前有流畅、高清、超清三种清晰度，观看页显示清晰度是根据客户端设置的推流码率值，自动进行判断显示可切换的清晰度，如果需要显示出流畅、高清、超清三种清晰度切换按钮，可以根据以下规则调整后重新开播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直播推流码率小于400kbps只会显示流畅清晰度，大于400kbps且小于600kbps则显示流畅和高清，大于600kbps则显示超清、高清、流畅；</w:t>
      </w:r>
    </w:p>
    <w:p>
      <w:pPr>
        <w:pStyle w:val="Heading2"/>
      </w:pPr>
      <w:r>
        <w:t>问题3：观看直播无法切换选择清晰度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无延迟直播间暂不支持切换清晰度，请将频道延迟模式切换到正常延迟，并确认账号已开通多码率，如未开通请联系商务经理询问</w:t>
      </w:r>
    </w:p>
    <w:p>
      <w:pPr>
        <w:pStyle w:val="Heading2"/>
      </w:pPr>
      <w:r>
        <w:t>问题4：从直播后台将直播暂存下的视频转存到点播，没有转码出其他清晰度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原因1、视频推流码率最高不到300kbps；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解决方案：检查开播端推流码率，如推流码率过低，只能转码出“流畅”清晰度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原因2、没有开启mp4裁剪，导致使用的是m3u8格式转码，m3u8格式的视频因为分析不了码率，只能转码出一个清晰度；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解决方案：确认是否为裁剪后的视频，需联系商务经理开启mp4裁剪</w:t>
      </w:r>
    </w:p>
    <w:p>
      <w:pPr>
        <w:pStyle w:val="Heading2"/>
      </w:pPr>
      <w:r>
        <w:t>问题5：直播观看页切换为流畅或高清清晰度会出现卡顿情况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原因：当源流的分辨率帧率过高时（4k+60帧），常规转码机器解码跟不上，导致画面卡顿；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解决方案：可以联系售后处理，针对这路流配置调整下转码相关参数</w:t>
      </w:r>
    </w:p>
    <w:p>
      <w:pPr>
        <w:pStyle w:val="Heading2"/>
      </w:pPr>
      <w:r>
        <w:t>问题6：ios系统观看直播，清晰度切换到超清提示网络异常，只能看流畅和高清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超清的分辨率没有经过转码，视频为隔行扫描格式导致iOS端无法播放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在苹果官方说明中，第1.14项有说明所有隔行扫描的源文件必须去隔行扫描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说明链接：https://developer.apple.com/documentation/http_live_streaming/hls_authoring_specification_for_apple_devices#//apple_ref/doc/uid/DTS40009745-CH1-MEDIASTREAMSEGMENTATION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解决方案：建议下载格式工厂软件，打开多媒体文件信息找到Scan type，当属性为progressive代表逐行扫描，当属性为Interlaced代表隔行扫描</w:t>
      </w:r>
    </w:p>
    <w:p>
      <w:pPr>
        <w:pStyle w:val="Heading2"/>
      </w:pPr>
      <w:r>
        <w:t>问题7：集成直播小程序SDK，观看直播回放没有清晰度选项按钮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直播小程序SDK暂不支持切换清晰度样式；推荐使用点播回放，集成点播插件/SDK</w:t>
      </w:r>
    </w:p>
    <w:p>
      <w:pPr>
        <w:pStyle w:val="Heading2"/>
      </w:pPr>
      <w:r>
        <w:t>问题8：集成Android SDK，怎么实现频道在没开多码率的情况下，播放器不显示清晰度选择按钮，开启多码率后，播放器显示可选清晰度选择按钮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修改PolyvPlayerMediaController文件中的polyvLiveBitrateV0.getDefinitions()，清晰度可选项大于1才显示按钮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br/>
        <w:t>List&lt;PolyvLiveDefinitionV0&gt; definitions = polyvLiveBitrateV0.getDefinitions( );</w:t>
        <w:br/>
        <w:t>if (definitions != null &amp;&amp; definitions.size( ) &gt; 1 ){</w:t>
        <w:br/>
        <w:t>tv_bit.setvisibility(View.VISIBLE);</w:t>
      </w:r>
    </w:p>
    <w:p>
      <w:pPr>
        <w:pStyle w:val="Heading2"/>
      </w:pPr>
      <w:r>
        <w:t>问题9：为什么观看直播有清晰度切换选项，回放没有清晰度选项？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原因：当回放方式设置为暂存列表/回放列表时，使用的是直播播放器播放回放视频，回放视频没有经过编码，没有清晰度选项；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解决方案：建议使用点播列表回放，并且确认账号是否已开通MP4裁剪，如未开通需联系商务经理</w:t>
      </w:r>
    </w:p>
    <w:p>
      <w:pPr>
        <w:pStyle w:val="Heading2"/>
      </w:pPr>
      <w:r>
        <w:t>问题10：切换清晰度无效果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由于源视频播放不支持切换清晰度，所以在demo层setLocalPlayback方法内，判断源视频播放不允许按钮enable</w:t>
      </w:r>
    </w:p>
    <w:p>
      <w:pPr>
        <w:pStyle w:val="Heading2"/>
      </w:pPr>
      <w:r>
        <w:t>问题11：客户连麦在主讲模式切换嘉宾为主讲时清晰度明显下降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原因：由于讲师和嘉宾的清晰度设置不同导致；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解决方案：修改清晰度设置</w:t>
      </w:r>
    </w:p>
    <w:p>
      <w:pPr>
        <w:pStyle w:val="Heading2"/>
      </w:pPr>
      <w:r>
        <w:t>问题12：伪直播画面清晰度不高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原因：伪直播视频本身清晰度就不高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解决方案：制作视频时，注意调整视频的分辨率和码率等参数</w:t>
      </w:r>
    </w:p>
    <w:p>
      <w:pPr>
        <w:pStyle w:val="Heading2"/>
      </w:pPr>
      <w:r>
        <w:t>问题13：伪直播通过分发到B站和视频号时，B站清晰度降低很多，并且卡顿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原因：在分发时，云厂商不稳定，导致B站的分发出现这个情况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解决方案：单独用OBS推流B站，视频号正常分发</w:t>
      </w:r>
    </w:p>
    <w:p>
      <w:pPr>
        <w:pStyle w:val="Heading2"/>
      </w:pPr>
      <w:r>
        <w:t>问题14：暖场视频本地播放很高清，上传到后台后，播放出来视频非常不清晰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原因：视频的码率太高，上传到后台会被压缩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解决方案：将视频码率降低到3000左右，重新上传，清晰度正常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直播清晰度常见问题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