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Live definition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 definition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