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如何检测当前摄像头是否可以正常使用？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1、点击下面网址进行测试:https://webcammictest.com/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73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5adf2ea5bcf39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7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2、进行授权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5677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4829cde7100a3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567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3、若检测的画面异常或设备列表中无可用设备，您需要检查摄像头设备是否异常或更换摄像头；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7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7b569e5e4f8d0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7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7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34275c17aa163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73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如何检测当前摄像头是否可以正常使用？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