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AI助手答疑FAQ</w:t>
      </w:r>
    </w:p>
    <w:p>
      <w:pPr>
        <w:pStyle w:val="Heading2"/>
      </w:pPr>
      <w:r>
        <w:t>问题1：在企业知识库上传资料有什么要求?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支持从点播中添加有字幕的视频、本地上传txt、docx、xlsx格式的文件，文档不能超过100M</w:t>
      </w:r>
    </w:p>
    <w:p>
      <w:pPr>
        <w:pStyle w:val="Heading2"/>
      </w:pPr>
      <w:r>
        <w:t>问题2：一个账号最多支持添加多少份学习资料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每个账号最多支持添加4096份学习资料</w:t>
      </w:r>
    </w:p>
    <w:p>
      <w:pPr>
        <w:pStyle w:val="Heading2"/>
      </w:pPr>
      <w:r>
        <w:t>问题3：AI答疑助手目前只能用于直播吗？是否可以在点播中添加答疑助手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目前的AI助手答疑展示只能用直播间系统，点播系统暂时还无法承载AI助手答疑的页面</w:t>
      </w:r>
    </w:p>
    <w:p>
      <w:pPr>
        <w:pStyle w:val="Heading2"/>
      </w:pPr>
      <w:r>
        <w:t>问题4：竖屏观看页为什么不显示AI答疑助手？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竖屏观看页目前不支持使用AI答疑助手</w:t>
      </w:r>
    </w:p>
    <w:p>
      <w:pPr>
        <w:pStyle w:val="Heading2"/>
      </w:pPr>
      <w:r>
        <w:t>问题5：AI答疑助手学习的内容是否可以为加密的点播视频?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暂不支持，AI答疑助手学习的点播视频需要为非加密状态</w:t>
      </w:r>
    </w:p>
    <w:p>
      <w:pPr>
        <w:pStyle w:val="Heading2"/>
      </w:pPr>
      <w:r>
        <w:t>问题6：AI答疑助手是否支持子账号配置？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支持配置子账号权限</w:t>
      </w:r>
    </w:p>
    <w:p>
      <w:pPr>
        <w:pStyle w:val="Heading2"/>
      </w:pPr>
      <w:r>
        <w:t>问题7：AI答疑助手默认发的第一条消息能自定义吗？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目前不支持自定义修改第一条消息</w:t>
      </w:r>
    </w:p>
    <w:p>
      <w:pPr>
        <w:pStyle w:val="Heading2"/>
      </w:pPr>
      <w:r>
        <w:t>问题8：在直播后台企业知识库中添加知识，通过视频vid搜索找不到对应的视频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可能原因1、视频中没有字幕文件,添加点播视频需要有字幕文件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可能原因2、搜索视频vid仅支持判断“_”之前的字符,我们可以搜索vid时去掉尾缀，例如"_1"</w:t>
      </w:r>
    </w:p>
    <w:p>
      <w:pPr>
        <w:pStyle w:val="Heading2"/>
      </w:pPr>
      <w:r>
        <w:t>问题9：设置了答疑助手之后，怎么验证答题内容呢？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在创建或更新答疑助手的知识后，可以在后台点击【调试助手】，即可测试验证内容是否正确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4728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c8fe20a235bb39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4728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AI助手答疑FAQ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