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观众看回放的方式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&amp;emsp;&amp;emsp;观看完直播，观众可以点击当时直播的链接，观看回放。前提是主播方设置了相应的回放功能。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&amp;emsp;&amp;emsp;回放中可看到直播时聊天室中的聊天记录、课件以及直播画面，可选择播放速度和拖动视频进度条。</w:t>
      </w:r>
    </w:p>
    <w:p>
      <w:pPr>
        <w:pStyle w:val="Heading1"/>
      </w:pPr>
      <w:r>
        <w:t>情况1：单个视频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382e5a686b36e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46639bbff6ecb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情况2：多个视频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&amp;emsp;&amp;emsp;在播放器下方的菜单栏中，点击“往期”tab，并向下滚动页面，即可看到多个回放视频，会按顺序自动连续播放。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3ac88bc848e27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0fc7ad6d0cb03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&amp;emsp;&amp;emsp;移动端观看页，同样是在播放器下方的菜单栏中，可左右划动找到“往期”tab，点按即可看到多个回放视频。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73ed955303c37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情况3：回放章节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直播中有PPT课件的话，管理员可以在后台设置，根据课件每页的标题，将回放视频分成若干章节，点击某一章节即可跳至对应位置播放。如果直播时部分课件翻页速度过快，系统便不会将这段内容分成章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&amp;emsp;&amp;emsp;后台设置好后，PC端以及移动端都可以在菜单栏中，找到“章节”tab，点击查看。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ff0c10c7ab407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&amp;emsp;&amp;emsp;根据直播间管理员在后台设置上的不同，直播回放内容会有如下几种情况：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&amp;emsp;&amp;emsp;&amp;emsp;1. 之前的直播回放会被直播间最新一次的直播内容替换掉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&amp;emsp;&amp;emsp;&amp;emsp;2. 直播间多次直播内容合并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&amp;emsp;&amp;emsp;&amp;emsp;3. 回放视频可能会经过编辑后上传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&amp;emsp;&amp;emsp;&amp;emsp;4. 直播结束后，需经短暂等待后生成回放视频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&amp;emsp;&amp;emsp;&amp;emsp;5. 有可能会由管理员替换为其它视频内容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&amp;emsp;&amp;emsp;&amp;emsp;6. 如发生某些故障，将无法生成回放视频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观众看回放的方式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