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观众在直播间可以进行哪些互动？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直播频道除了提供图文、表情、聊天等基础交流形式，也支持观众通过“点赞”和“打赏”表达对主播的认可和支持，活跃直播间气氛；同时也可以通过“问答”私聊主播相关问题，不会让自己的问题淹在公屏中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&amp;emsp;&amp;emsp;管理员在后台开启相关互动功能，观众方可使用。</w:t>
      </w:r>
    </w:p>
    <w:p>
      <w:pPr>
        <w:pStyle w:val="Heading1"/>
      </w:pPr>
      <w:r>
        <w:t>方式1：聊天（弹幕）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&amp;emsp;&amp;emsp;网页版观看页中，观众点击“设置昵称”，设置好昵称后，则可发送文字、图片、表情等聊天消息，发送字数上限为200个字符。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704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26c9f895fa3367e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70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7048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51daf5acca231d6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70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&amp;emsp;&amp;emsp;发送的图文消息同时会以弹幕（画面右下角可开关）的形式显示。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7048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65e255220788e09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70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&amp;emsp;&amp;emsp;在聊天室“更多”中可修改昵称。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7048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caaceca8431bb3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70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&amp;emsp;&amp;emsp;发言间隔需大于5秒，以避免刷屏。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7048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2097c4d8b7a22c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70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移动端观看页，一般情况下，如果用微信扫码/点击链接打开，会自动向观众请求授权获得微信头像和昵称，之后聊天室发送消息时，会展示微信昵称及头像；其它如用手机浏览器等打开的情况，如下图，点击输入框后，会弹出浮层，设置昵称后即可以开始参与互动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591697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f34f6478523ff33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5916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591697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75dd542ff927a58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5916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方式2：打赏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&amp;emsp;&amp;emsp;点击位于输入框上方的“打赏”图标，可以选择免费打赏、付费道具打赏以及现金打赏。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7048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96ad13341092568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70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&amp;emsp;&amp;emsp;免费打赏点击后，可直接送出，并显示在聊天室中。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7048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233ae2ba1c8a9d1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70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&amp;emsp;&amp;emsp;付费道具打赏，点击后，会提示微信扫码支付，支付后即可打赏。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7048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8f0155843ceadca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70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&amp;emsp;&amp;emsp;现金打赏点击后，会出现如下图所示弹窗，可选择对应金额、自定义金额或随机金额，点击“确认打赏”后，会出现微信扫码支付提示，支付成功后即可打赏。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70480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182a7b633381cb3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70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方式3：点赞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&amp;emsp;&amp;emsp;观众点击位于输入框上方的点赞按钮，则可显示对应的点赞特效，为主播点赞。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7048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bb8dad275341980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70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方式4：问答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&amp;emsp;&amp;emsp;在页面菜单中，切换至“问答”，可向主播私聊提问。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&amp;emsp;&amp;emsp;如果直播未开始，则无法使用“问答”功能。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70480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93e326f66547a06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70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&amp;emsp;&amp;emsp;当直播开始后，即可使用。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观众提问后，如果问题具有代表性，主播可选择将此问题及答案公开展示到所有观众的“问答”窗口中（如下图蓝色框中所示），同时也可以看到其他观众被公示的问题与答案（如下图绿色框中所示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&amp;emsp;&amp;emsp;主播也可以选择私聊回复，此时问题的答案，只有提问者可以在“问答”窗口中看到（如下图红色框中所示）。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&amp;emsp;&amp;emsp;可通过点击箭头所示的下拉菜单，选择查看所有观众的问答或自己提的问题与回答。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70480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5f6a4faf3ab93ca-docx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7048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观众在直播间可以进行哪些互动？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