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观看端功能表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本文针对最新SaaS观看页、最新多场景SDK 1.x、直播JS-SDK、微信小程序SDK说明，旧版观看产品不在本文范围内，请根据实际需要选择对应的观看端。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PC-web-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移动-web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移动-web-竖屏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多场景SDK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多场景SDK-竖屏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直播JS-SDK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微信小程序SDK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无延迟直播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观看无延迟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举手连麦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多直播间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分会场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播放器-直播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暂停/播放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️✔️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刷新直播流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线路切换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聊天弹幕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音频直播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暖场视频/图片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播放器-回放列表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暂停/播放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倍速播放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播放器-点播列表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暂停/播放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多码率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举手连麦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授权主讲、画笔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 操作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PPT翻页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 回到当前页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动画ppt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文档全屏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文字/表情聊天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现金/道具打赏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只看主持人/查看全部切换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语言切换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回复某人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响应严禁词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文字提问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中英互译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页面菜单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直播介绍/自定义菜单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banner广告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多皮肤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营销功能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边看边买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报名观看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图文直播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打赏特效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观众发红包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公众号关注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无条件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主次观看条件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观看端功能表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