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直播观看卡顿自查步骤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&amp;emsp;&amp;emsp;情况：观看直播卡顿，声音断断续续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&amp;emsp;&amp;emsp;解决步骤：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&amp;emsp;&amp;emsp;1. 关闭下载工具及上传工具（迅雷，云盘等），关闭其他占用网络的程序，刷新页面重试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&amp;emsp;&amp;emsp;2. 重启下路由器，刷新页面重试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&amp;emsp;&amp;emsp;3. 查询本机上行速度，打开浏览器，输入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http://www.speedtest.net/</w:t>
      </w:r>
      <w:r>
        <w:rPr>
          <w:rFonts w:ascii="Source Han Sans SC" w:hAnsi="Source Han Sans SC" w:eastAsia="Source Han Sans SC" w:cs="Source Han Sans SC" w:hint="eastAsia"/>
          <w:sz w:val="21"/>
        </w:rPr>
        <w:t>，测速界面出来后，点击 begintest测速（加载比较慢，请耐心等待）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7268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2516b387a0b19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726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&amp;emsp;&amp;emsp;4. 测速结果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8328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13f8660354e57a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832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&amp;emsp;&amp;emsp;&amp;emsp;&amp;emsp;Download speed指的是下载速度，通常来说2M左右观看直播不会卡顿。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&amp;emsp;&amp;emsp;&amp;emsp;&amp;emsp;Upload speed是上行速度，如果是直播发起端，建议2M左右。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&amp;emsp;&amp;emsp;5. 确定Download speed在2M左右，如果太低，则会造成直播观看卡顿。请更换观看直播的网络环境。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&amp;emsp;&amp;emsp;&amp;emsp; 如果Download speed 速度可以，仍然观看卡顿，请提联系保利威视工作人员排查问题。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直播观看卡顿自查步骤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