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聊天重放操作说明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聊天重放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聊天回放】是回放还原直播体验的功能之一，用户在观看回放的过程中，也能感受到此刻视频内容下，直播间其他观众讨论的内容，从而产生共鸣，同时飘过的弹幕给用户陪伴感，达到提高停留时长和营收转化的目的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利用活跃的弹幕和聊天区消息，给看回放的用户陪伴感，偶尔产生共鸣，达到提高停留时长和提升营收转化的目的。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一：企业的培训部门在直播过程中，助教会在讲师讲述到某个知识点的时候，补充发送知识点说明到互动区，助教想要在学员看回放的时候，也能在看到该知识点的时候看到该说明，加强对知识点的理解。于是确实了要用聊天重放功能，大大提高了培训效果，学员有了弹幕的陪伴，看回放也不再枯燥了；场景二：教育客户在低价直播课中，会穿插发送高价课程的购买链接或二维码，但回放的时候，此类消息已经被刷走了，客户想要在回放过程中也能保持高转化率，于是确定使用聊天重放功能，回放过程中也能有持续稳定的转化和营收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使用教程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图片：../../../img/%E8%81%8A%E5%A4%A9%E5%9B%9E%E6%94%BE1.png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聊天消息重放：观看回放过程中，能看到该视频节点，对应到直播中，观众在此刻讨论的内容；弹幕重放：消息同样支持以弹幕方式重放出来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SDK对接指南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1、仅支持jssdk、多场景SDK、uni-app，暂不支持小程序SDK等；2、无需提供接口，jssdk开发的客户，需要接入SDK demo，多场景SDK开发的客户，需要更新SDK到1.9.3版本；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避坑指南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1、合并或裁剪过的视频，不支持聊天重放；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1、开启功能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a.在后台的直播列表-点击直播间-回放设置中，打开【聊天回放】开关；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图片：../../../img/%E8%81%8A%E5%A4%A9%E5%9B%9E%E6%94%BE2.png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b.需要关联从直播间生成的，以及不经过裁剪和合并的视频，该功能才能生效，否则观看端看不到回放的消息。</w:t>
      </w:r>
    </w:p>
    <w:p>
      <w:pPr>
        <w:pStyle w:val="Heading2"/>
      </w:pPr>
      <w:r>
        <w:t>2、查看回放消息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a.访问新版观看页H5&amp;PC、竖屏直播带货页，即可看到回放视频，在回放视频播放的同时，聊天消息会随着视频进度条显示出来；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聊天重放操作说明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