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商品库-商品讲解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用于记录直播中的商品讲解内容，并生成讲解视频展示在商品详情页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让观众随时回看商品讲解，帮助了解商品信息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适用于直播带货场景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1.开启商品讲解功能（需联系商务开通）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商品讲解需在直播前开启，直播中无法开启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如未开通「时移打点」功能则无法开启，需先联系商务开通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32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9c43f9e752c7e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32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2.助教端操作商品讲解功能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商品讲解功能需在“直播中”的状态下才能进行操作；</w:t>
      </w:r>
    </w:p>
    <w:p>
      <w:pPr>
        <w:pStyle w:val="Heading3"/>
      </w:pPr>
      <w:r>
        <w:t>（1）开始讲解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开始讲解后，30秒内不允许结束讲解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如有同时打开多个助教页，助教页之间会同步讲解状态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讲解中的商品不允许在助教页操作下架/删除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31f1fca4ddf6d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（2）结束讲解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直播中，超过6小时还没结束讲解，再次点击「结束讲解」时会重置为待讲解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未手动结束讲解但结束直播，处理为自动结束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194d153167d3f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（3）重新讲解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「已讲解」状态的商品，点击「重新讲解」，会重新开始录制一个新的讲解片段，新片段会覆盖旧片段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有一个商品正在「讲解中」状态，点击其他未讲解商品的「开始讲解」或其他已讲解商品的「重新讲解」，会自动结束当前正在讲解的商品，立即开始新的讲解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24d7a15707335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（4）删除讲解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删除后，观众不可查看该讲解片段，讲解状态将变为“待讲解”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58d8079a0d261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3.观众点击看讲解进入讲解片段页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观看页可见商品讲解状态：待讲解、讲解中、看讲解，一个时间段内只能有一个讲解中的商品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点击「看讲解」后进入讲解片段页，从讲解片段页也能快速返回直播间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直播和回放都支持看讲解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5985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4582ae071b922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5985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商品库-商品讲解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