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消息上墙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消息上墙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通过对聊天室的消息进行上墙，将消息置顶在观看页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对聊天室重点消息起到提醒作用，减少主讲/助教的重复性回复工作；提升学员分享学习的参与感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适用于直播带货、培训等场景，如聊天室里主讲/助教需重点提醒的消息、学员的总结性消息及高频问题回复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消息上墙设置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高级功能处点击【聊天室】-【消息上墙】可进行开启/关闭，若需使用则在开始直播前打开该功能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频道处于直播中状态时，不支持调整频道后台的【消息上墙】开关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90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f7cd6a9d6c71f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90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上墙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在主讲/助教直播页面的聊天室中，选择需要上墙展示的聊天消息，在【更多】中点击【上墙】按钮，被上墙的消息会置顶在聊天室区域，展示的内容包括操作人头衔与具体消息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f89f71c196f25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ffae89de5dcf3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上墙展示的消息内容仅显示两行内容，如消息内容过多，会用省略号代替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83071d70c0057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聊天室的链接内容上墙后，支持页面外跳转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723d949ccb911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点击【下墙】按钮，取消置顶消息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8e0edc488be5b2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后台开启【聊天重放】功能后，支持在回放中展示当时直播中发起的上墙消息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122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75ad071fbf0ab2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12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三、观众端展示效果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上墙弹框中提供了关闭按钮，观众也可以关闭页面上的上墙内容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当有多条评论上墙时，观众可以左右滑动查看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8435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0da4c8e15690ab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843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四、PaaS对接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SDK对接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支持jssdk对接（使用V3-SDK）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支持移动SDK端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消息上墙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