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报名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收集观众信息；观众完成报名后续输入手机号即可进入直播间；查询观众是否有观看直播；同一手机号再次进入直播时，用户id不会变更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掌握报名观众的个人信息、观看状态、互动情况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需要管理参与人员，统计员工是否观看直播时；需收集观众信息，后续跟进且要掌握活动效果时；需要批量导入观众让其直接观看时；关联观众报名信息与互动行为时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二、后台设置</w:t>
      </w:r>
    </w:p>
    <w:p>
      <w:pPr>
        <w:pStyle w:val="Heading2"/>
      </w:pPr>
      <w:r>
        <w:t>1、开启报名功能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在频道详情-营销互动-引流-报名中开启报名功能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33b073cda6a58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2、报名设置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开启后，可配置观众填写报名信息的时机：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进入直播时</w:t>
      </w:r>
      <w:r>
        <w:rPr>
          <w:rFonts w:ascii="Source Han Sans SC" w:hAnsi="Source Han Sans SC" w:eastAsia="Source Han Sans SC" w:cs="Source Han Sans SC" w:hint="eastAsia"/>
          <w:sz w:val="21"/>
        </w:rPr>
        <w:t>：观众需要填写报名表单后才能进入直播间。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参与互动时</w:t>
      </w:r>
      <w:r>
        <w:rPr>
          <w:rFonts w:ascii="Source Han Sans SC" w:hAnsi="Source Han Sans SC" w:eastAsia="Source Han Sans SC" w:cs="Source Han Sans SC" w:hint="eastAsia"/>
          <w:sz w:val="21"/>
        </w:rPr>
        <w:t>：观众需要填写表单后才能参与互动。目前支持的互动包括：聊天、打赏、点赞、条件抽奖（评论、答题）。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开启【报名审核】后，只有审核通过的用户才可以进入直播间。页面右侧会显示【去审核】入口，可进入审核页面处理报名用户。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开启【短信提醒】后，审核通过的报名用户，或直接导入的报名用户，都会收到短信通知。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dcf92882ab9c9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3、配置报名表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在【报名表】区域，可配置观众报名时需要填写的表单内容。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支持配置以下内容：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设置观看页报名入口展示的文字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报名表头图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设置报名表顶部展示图片，建议上传 750*240 大小的图片，支持 jpg、jpeg、png 格式，文件大小不超过 10M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报名表标题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设置报名表页面标题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设置观众报名时需要填写的信息字段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可在报名表中添加隐私声明，供观众提交前查看或勾选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点击【配置报名表】，可进入报名表字段配置弹窗。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a4ab631940409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5165fc5c2c6dd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报名表支持添加以下字段：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手机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姓名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邮箱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地区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上传图片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隐私声明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添加字段后，可在右侧【字段设置】中配置字段名称、是否必填、提示语、验证类型等内容。不同字段类型支持的配置项可能不同，请以页面实际展示为准。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手机字段支持设置验证类型，包括【手机验证】和【邮箱验证】。如需收集手机号，也可按需开启【短信验证】和【手机号区号】。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配置完成后，点击【确认】，再点击页面底部【保存】。</w:t>
      </w:r>
    </w:p>
    <w:p>
      <w:pPr>
        <w:pStyle w:val="Heading2"/>
      </w:pPr>
      <w:r>
        <w:t>4、报名审核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开启【报名审核】后，可点击【去审核】进入报名审核页面。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6b887681e72b4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审核页面支持按审核状态筛选报名用户。列表展示用户信息、报名时间、手机号/邮箱、姓名、报名字段等内容。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可对报名用户执行以下操作：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点击【通过】，允许该用户进入直播间。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点击【不通过】，拒绝该用户进入直播间。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点击【刷新页面】，更新当前审核列表。</w:t>
      </w:r>
    </w:p>
    <w:p>
      <w:pPr>
        <w:pStyle w:val="Heading2"/>
      </w:pPr>
      <w:r>
        <w:t>5、报名记录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点击【报名记录】，可查看当前直播的报名用户数据。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1befab0a8c5e0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报名记录支持：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按报名时间筛选。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按姓名搜索报名用户。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点击【导入用户】，批量导入已收集的用户信息。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点击【导出列表】，导出当前报名记录。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在操作列点击【删除】，删除对应报名记录。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报名记录列表会根据报名表字段展示对应信息，例如手机号/邮箱、姓名、选项题、问答等字段。</w:t>
      </w:r>
    </w:p>
    <w:p>
      <w:pPr>
        <w:pStyle w:val="Heading2"/>
      </w:pPr>
      <w:r>
        <w:t>6、关联观看数据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点击【关联观看数据】，可将报名字段与观看数据、互动数据进行关联。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99e36a5b885ee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支持关联的字段包括：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手机号码/电子邮箱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姓名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邮箱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地区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选项题-单选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需在直播前完成关联。关联后，可在观看统计和互动统计中结合报名字段查看用户数据。</w:t>
      </w:r>
    </w:p>
    <w:p>
      <w:pPr>
        <w:pStyle w:val="Heading1"/>
      </w:pPr>
      <w:r>
        <w:t>三、效果展示</w:t>
      </w:r>
    </w:p>
    <w:p>
      <w:pPr>
        <w:pStyle w:val="Heading2"/>
      </w:pPr>
      <w:r>
        <w:t>1、网页观看端效果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033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e44452b0cdb16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03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2、H5移动端观看效果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4365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a0fa10efd07d59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436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四、关于报名观看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 报名功能主要亮点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只需要填写一次报名信息，后续可以通过手机号方式登录，免除再次报名的尴尬情景（需要使用手机验证登录的，可以去开发设置-短信平台设置开通“保利威短信服务”）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统计增加是否观看统计维度，客户可以知道报名的用户最终是否有观看直播。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观看行为延续，如果某个用户用报名观看观看了直播之后，下次这个用户还是用这个手机号进来时，分配的用户id还是之前的用户id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2. 报名功能限制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报名填写总数无限制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同时开启观看条件和报名观看，需要先通过观看条件后才能进入报名观看页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一个手机号只能对应一个用户id，观看条件如果有传用户id的（白名单/外部授权/独立授权/第三方授权），多个用户id使用同一个手机号登录时，最终统计对应关系会以最后一个用户id为准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手机号是必填项，且不可编辑，登录只支持手机号登录，不支持其他方式登录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