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最近更新时间：2025年11月14日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直播预约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支持观众在直播前预约直播，以及在当前直播中预约其他即将开播的直播；会在开播前自动向已预约观众发送提醒，提升触达效率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提前锁定潜在观众，提升直播开场热度与到场率，实现流量的有效聚拢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适用于重要直播的预热阶段，以确保更高到场率；也适用于系列直播，通过提前预约为下一场直播持续导流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需先设置开播时间，观众才可提前预约直播；2. 微信PC客户端无法进行微信预约</w:t>
            </w:r>
          </w:p>
        </w:tc>
      </w:tr>
    </w:tbl>
    <w:p>
      <w:pPr>
        <w:spacing w:after="40"/>
      </w:pPr>
    </w:p>
    <w:p>
      <w:pPr>
        <w:pStyle w:val="Heading1"/>
      </w:pPr>
      <w:r>
        <w:t>二、功能说明</w:t>
      </w:r>
    </w:p>
    <w:p>
      <w:pPr>
        <w:pStyle w:val="Heading2"/>
      </w:pPr>
      <w:r>
        <w:t>1. 设置开播时间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需先设置开播时间，观众才可提前预约直播；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进入【直播列表】页面，选中直播点击【详情】，在直播间管理处点击【直播间信息】－【编辑】，设置好开播时间后保存。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8d28d37ab3b3a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0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cad3cfcfb15b0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0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928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1542d6ca5234e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928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2、开播提醒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在直播间管理处点击【营销互动】－【直播预约】－【开播提醒】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36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14e8bfb41f039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支持短信提醒、微信提醒、自定义提醒三种方式：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短信提醒：需观众填写手机号，可配置发送提醒的时间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404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fb3412aaf75e1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40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微信提醒将引导观众关注公众号，可配置引导关注文案、选择是否展示微信预约人数，默认开播前25分钟发送提醒，如需自定义关注和接收提醒的公众号可查看👉https://help.polyv.net/#/live/product/other_common_question/wechat_other_settings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875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b9a685ed747cf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87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提醒需配置观众预约回调地址，观众预约成功、取消预约都会触发回调，开发者可基于此数据在外部系统发送开播提醒，便于引导已预约的观众按时进入直播间，查看对接指引👉https://help.polyv.net/#/live/api/callback/channel_booking_callback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0fb9ba8de7c08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3、直播预告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在本频道直播过程中，预告其他直播；利用直播间真实流量，实现跨频道引流，预告的频道需设置开播时间、至少开启1个提醒方式；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预告的频道开播时间需晚于当前频道开播时间25分钟以上；操作路径：【营销互动】－【直播预约】－【直播预告】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976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9aab3068b544f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9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447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45d6fc924140fe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44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4、观众在不同端预约直播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观众在微信H5观看页进行微信预约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3445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fd8e66e7de100c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34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观众在微信H5观看页进行短信预约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4213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09f688cc87002e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4213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观众在PC观看页进行短信预约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098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7829356a3bb619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0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487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2de5a084c860a5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三、常见问题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Q1：为什么微信PC客户端不支持微信预约？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A1：由于微信的能力限制，微信PC客户端打开观看页不支持引导关注公众号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Q2：短信提醒、微信提醒、自定义提醒三种提醒方式组合配置，观众该怎么预约？已预约观众最终会收到哪个渠道的提醒？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A2：观众怎么预约，不仅看直播后台打开了什么开关，还看观众在什么环境访问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场景1：观众在微信H5观看页访问，三个开关任意一个打开，就展示引导预约，具体组合结果如下：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1、开启微信提醒+短信提醒+自定义提醒 = 引导微信预约，同时发送回调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2、开启微信提醒+短信提醒 = 引导微信预约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3、开启微信提醒+自定义提醒 = 引导微信预约，同时发送回调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4、开启短信提醒+自定义提醒 = 引导短信预约，同时发送回调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5、只开启微信提醒 = 引导短信预约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6、只开启短信提醒 = 引导短信预约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7、只开启自定义提醒 = 只预约，只发送回调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场景2：观众在非微信手机浏览器、PC浏览器访问观看页，具体组合结果如下：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1、开启微信提醒+短信提醒+自定义提醒 = 引导短信预约，同时发送回调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2、开启微信提醒+短信提醒 = 引导短信预约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3、开启微信提醒+自定义提醒 = 只预约，发送回调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4、开启短信提醒+自定义提醒 = 引导短信预约，同时发送回调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5、只开启微信提醒 = 不展示预约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6、只开启短信提醒 = 引导短信预约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7、只开启自定义提醒 = 只预约，只发送回调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直播预约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