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红包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红包功能允许主播在直播过程中，向观众发放具有一定金额的红包。主播可自主设定红包的金额、数量以及发放形式，如普通红包、口令红包、红包雨、答题红包等。观众只需在直播间内按照提示操作，即可参与抢红包活动。抢到红包后，金额会自动存入观众账户余额中，可以进行提现操作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活跃直播间气氛​、增强观众粘性、直播福利发放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直播带货场景、粉丝福利直播、品牌发布会、娱乐直播等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82612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3fc1d97b77bfabce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8261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1.目前红包雨仅支持在客户端或网页直播端发起2.观众端仅支持在手机微信端参与抢红包。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二、设置说明：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进入直播间后台，找到营销互动，红包样式，即可进入红包样式调整页面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843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0b9132b4d07aa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8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1、样式设置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设置红包雨样式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785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b96a665e966a3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78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设置红包封面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8804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11857c709e878c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880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2、打开红包设置界面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桌面开播端打开互动-红包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6e2c46d592ae0e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网页开播端打开应用-红包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530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3dc31b095663e2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53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3、设置红包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红包有多层组合设置，首先区别红包的发放内容：现金、点数或者支付宝红包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每一种红包又分为普通红包、口令红包、红包雨、答题红包。在这基础上，又能选择两种发放形式（等分或拼手气）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5308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f2707aee295eaa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53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普通红包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需要设置总金额、红包个数、封面祝福语和发放方式，点击塞进红包会需要支付红包总金额，目前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仅支持使用微信支付</w:t>
      </w:r>
      <w:r>
        <w:rPr>
          <w:rFonts w:ascii="Source Han Sans SC" w:hAnsi="Source Han Sans SC" w:eastAsia="Source Han Sans SC" w:cs="Source Han Sans SC" w:hint="eastAsia"/>
          <w:sz w:val="21"/>
        </w:rPr>
        <w:t>，支付完成后红包即设置完成。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925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c9ed044be3f10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92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口令红包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口令红包与普通红包不同的点在于需要输入指定口令才能领取红包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d940be20b7f8b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src="https://liveimages.videocc.net/help_doc/f4992160-6a33-4e1c-94ea-3999c1208670.jpg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width="30%"&gt;</w:t>
      </w:r>
    </w:p>
    <w:p>
      <w:pPr>
        <w:pStyle w:val="Heading3"/>
      </w:pPr>
      <w:r>
        <w:t>红包雨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一场红包雨包含若干个红包，点击一次即可进行领取，若领取人数大于红包数的话，则中奖概率为人数/红包数</w:t>
      </w:r>
    </w:p>
    <w:p/>
    <w:p>
      <w:pPr>
        <w:pStyle w:val="Heading3"/>
      </w:pPr>
      <w:r>
        <w:t>答题红包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答题红包可以配置问卷供答题者答题，设置瓜分条件为X题，只要答对大于X题，就能瓜分红包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018b5c0e239841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f2352919626ddf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ad89741deeec2a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2"/>
      </w:pPr>
      <w:r>
        <w:t>4、发放方式</w:t>
      </w:r>
    </w:p>
    <w:p>
      <w:pPr>
        <w:pStyle w:val="Heading3"/>
      </w:pPr>
      <w:r>
        <w:t>立即发放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支付完成后，红包会立即发送到直播间，在直播间的观众可参与抢红包。</w:t>
      </w:r>
    </w:p>
    <w:p>
      <w:pPr>
        <w:pStyle w:val="Heading3"/>
      </w:pPr>
      <w:r>
        <w:t>倒计时发放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当选择了倒计时发放时，则新增倒计时需要填写，单位为分钟，最小1分钟，最大99分钟。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4e1639d0dd0e88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当支付完成后，红包则开始倒计时，主播端与直播间都会展示红包倒计时，倒计时结束后，在直播间的观众即可参与抢红包。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src="https://liveimages.videocc.net/help_doc/8916e2d4-b9f2-476b-b111-4f9739e468df.png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width="30%"&gt; &lt;img src="https://liveimages.videocc.net/help_doc/0d8b8adf-0e45-41e0-918b-b18e7b657c86.jpg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width="30%"&gt;</w:t>
      </w:r>
    </w:p>
    <w:p>
      <w:pPr>
        <w:pStyle w:val="Heading1"/>
      </w:pPr>
      <w:r>
        <w:t>三、抢红包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观众抢红包时分两种情况，一种是发红包时，观众在直播间内，一种是发红包时，观众不在直播间，后续才进来。</w:t>
      </w:r>
    </w:p>
    <w:p>
      <w:pPr>
        <w:pStyle w:val="Heading2"/>
      </w:pPr>
      <w:r>
        <w:t>①观众在直播间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当立即发放的红包设置完成，或倒计时红包的倒计时结束，在直播间的观众会看到红包出现特效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image-20210625110038877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image-20210625110125153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点击红包即可抢红包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460116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f97f47aa4eea15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4601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②观众后续进入直播间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当红包已经开始发放或者发放完毕，观众才进入直播间时，红包特效不会主动出现，观众可以通过点击聊天记录中的红包消息，来重新唤起红包特效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029911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3bee349a27532f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0299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不管红包是否被领取完毕，只要观众没有参与过该场红包领取，就可以通过点击红包消息参与完整领取过程。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59947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16b1968ed0654e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5994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如果该场红包已经被领取完毕，观众无法抢到红包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054494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930a1c234fd699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0544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四、提现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当观众抢到红包后，可以点击底部菜单的提现按钮进行提现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image-20210625105507286</w:t>
      </w:r>
      <w:r>
        <w:rPr>
          <w:rFonts w:ascii="Source Han Sans SC" w:hAnsi="Source Han Sans SC" w:eastAsia="Source Han Sans SC" w:cs="Source Han Sans SC" w:hint="eastAsia"/>
          <w:sz w:val="21"/>
        </w:rPr>
        <w:t>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image-20210625105526608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根据微信支付的规则，每次最少提现0.3元</w:t>
      </w:r>
    </w:p>
    <w:p>
      <w:pPr>
        <w:pStyle w:val="Heading1"/>
      </w:pPr>
      <w:r>
        <w:t>五、剩余红包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当红包超过24小时候还没有被领取完成时，支付者可进入直播间，点击底部菜单-提现，将所有剩余红包提现到自己账户。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红包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