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福袋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福袋用于在直播过程中发起限时开奖活动。观众按页面提示完成指定任务后，可参与福袋开奖。自定义奖品支持关联领奖表单，便于收集中奖观众的领奖信息。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通过倒计时、任务参与和开奖结果，提升直播间互动氛围和观众停留时长；使用实物奖品时，可同步收集后续发奖所需的信息。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营销直播、带货直播、活动运营、课程互动等需要提升观众参与度的直播场景。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进入【直播列表】，选择直播频道并点击【详情】，在直播间管理中进入【营销互动】-【福袋】。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 新建福袋活动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进入【营销互动】-【福袋】后，点击【新建活动】，进入福袋活动配置页面。</w:t>
      </w:r>
    </w:p>
    <w:p>
      <w:pPr>
        <w:pStyle w:val="Heading3"/>
      </w:pPr>
      <w:r>
        <w:t>基本信息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填写福袋活动名称，用于在后台列表和数据记录中识别活动。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参与用户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选择可参与福袋活动的用户范围，例如全体在线用户。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设置本次福袋活动的中奖人数。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活动规则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可填写活动说明、参与要求或奖品发放规则，观众端会根据活动配置展示相关提示。</w:t>
            </w:r>
          </w:p>
        </w:tc>
      </w:tr>
    </w:tbl>
    <w:p>
      <w:pPr>
        <w:spacing w:after="40"/>
      </w:pPr>
    </w:p>
    <w:p>
      <w:pPr>
        <w:pStyle w:val="Heading3"/>
      </w:pPr>
      <w:r>
        <w:t>参与任务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福袋支持设置观众参与条件。观众需完成已选择的任务后，才算达成福袋参与条件。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当前支持的任务类型包括：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任务类型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指定评论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观众需发送指定评论内容。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在线时长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观众需达到设置的在线时长。</w:t>
            </w:r>
          </w:p>
        </w:tc>
      </w:tr>
    </w:tbl>
    <w:p>
      <w:pPr>
        <w:spacing w:after="40"/>
      </w:pP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至少选择 1 个任务；同时选择多个任务时，观众需完成全部已选任务，才算达成福袋条件。</w:t>
      </w:r>
    </w:p>
    <w:p>
      <w:pPr>
        <w:pStyle w:val="Heading3"/>
      </w:pPr>
      <w:r>
        <w:t>开奖设置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配置项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开奖倒计时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设置福袋发起后的倒计时时长。活动发起后，系统按倒计时自动开奖。</w:t>
            </w:r>
          </w:p>
        </w:tc>
      </w:tr>
    </w:tbl>
    <w:p>
      <w:pPr>
        <w:spacing w:after="40"/>
      </w:pPr>
    </w:p>
    <w:p>
      <w:pPr>
        <w:pStyle w:val="Heading3"/>
      </w:pPr>
      <w:r>
        <w:t>奖品信息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福袋支持以下奖品类型：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奖品类型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自定义奖品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可填写奖品名称，并添加奖品图片。管理后台已开启素材库时，可从素材库选择图片；未开启素材库时，从本地选择图片。助教页和开播端均从本地选择图片。适用于实物奖品、权益奖品等场景。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现金红包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可设置每位中奖用户获得的红包金额。</w:t>
            </w:r>
          </w:p>
        </w:tc>
      </w:tr>
    </w:tbl>
    <w:p>
      <w:pPr>
        <w:spacing w:after="40"/>
      </w:pPr>
    </w:p>
    <w:p>
      <w:pPr>
        <w:pStyle w:val="Heading3"/>
      </w:pPr>
      <w:r>
        <w:t>设置领奖信息填写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使用自定义奖品时，可开启【领奖信息填写】，关联用于收集领奖信息的表单。现金红包不展示该设置。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在【奖品信息】中选择【自定义奖品】。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开启【领奖信息填写】。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点击【选择表单】，打开领奖表单列表。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选择需要使用的领奖表单，点击【确定】。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选择完成后，页面会显示领奖表单名称。需要调整时，点击【更换】重新选择。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697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cc634b6ebb9d8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697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在【选择表单】弹窗中，可预览已有表单，也可点击【新建表单】创建领奖表单。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141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c4a1385112907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1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开启【领奖信息填写】后，必须选择领奖表单才可保存活动。配置完成后，点击【保存】，即可创建福袋活动。</w:t>
      </w:r>
    </w:p>
    <w:p>
      <w:pPr>
        <w:pStyle w:val="Heading2"/>
      </w:pPr>
      <w:r>
        <w:t>2. 管理福袋活动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进入【营销互动】-【福袋】后，可查看当前直播间下已创建的福袋活动列表。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536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3bc087e1229e700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536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活动列表支持按活动名称、奖品类型和状态筛选，也支持刷新列表、查看数据和新建活动。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活动进行中时，主讲、助教和管理后台均可在福袋活动列表中查看实时开奖剩余时间；活动开奖后，开奖倒计时恢复显示活动设置时长。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活动状态说明如下：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常见操作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未发起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活动已创建，但尚未在直播间发起。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发起、编辑、复制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进行中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活动已发起，观众可按条件参与，开奖倒计时进行中。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查看、复制、作废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已开奖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活动已完成开奖。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数据、查看、复制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已作废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活动已被作废，不再继续参与或开奖。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查看、复制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已开奖的活动支持点击【数据】，进入该活动的数据二级页面。</w:t>
      </w:r>
    </w:p>
    <w:p>
      <w:pPr>
        <w:pStyle w:val="Heading2"/>
      </w:pPr>
      <w:r>
        <w:t>3. 发起福袋活动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福袋活动创建后，可在直播过程中发起。支持的发起端包括：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发起端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管理后台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在【营销互动】-【福袋】活动列表中，对未发起活动点击【发起】。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在助教页工具区点击【福袋】，打开福袋活动列表后发起活动。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网页开播端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在网页开播端的互动工具中进入【福袋】，选择活动并发起。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活动发起后，观众端会展示福袋入口、开奖倒计时、奖品信息、参与人数和参与条件。倒计时结束后，系统自动开奖。</w:t>
      </w:r>
    </w:p>
    <w:p>
      <w:pPr>
        <w:pStyle w:val="Heading1"/>
      </w:pPr>
      <w:r>
        <w:t>三、观众参与及填写领奖信息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福袋发起后，观众可在观看页看到福袋活动。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观众端主要展示内容包括：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福袋倒计时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中奖名额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已参与人数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参与条件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活动规则提示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观众完成参与条件后，可参与福袋开奖。若活动设置了多个参与任务，观众需完成全部任务后，才算达成参与条件。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活动设置了在线时长任务时，任务未完成前会展示剩余观看时间；达到观看时长后，任务状态更新为【已达成】。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186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922bbf05c470a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186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1. 中奖后填写领奖信息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自定义奖品已开启【领奖信息填写】时，中奖弹窗显示【填写领奖信息】。点击后，根据页面提示填写并提交领奖信息。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8017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4204a11531629fc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801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领奖信息的字段及必填要求以活动关联的领奖表单为准。必填字段未填写或格式不正确时，无法提交。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若领奖表单中的手机号字段已开启短信验证，观众需获取并输入正确的短信验证码，完成手机号验证后再提交领奖信息。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5067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84db4f5ccff3e65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50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提交成功后，领奖信息不支持再次编辑。</w:t>
      </w:r>
    </w:p>
    <w:p>
      <w:pPr>
        <w:pStyle w:val="Heading2"/>
      </w:pPr>
      <w:r>
        <w:t>2. 在“我的奖励”中领取或查看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进入观看页【我的奖励】-【福袋】，可查看福袋中奖记录。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尚未填写领奖信息时，点击【领取】进入填写页面。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已填写领奖信息时，点击【查看】查看已提交的信息。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76695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ba7f6dbc414b056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76695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已提交的领奖信息仅支持查看，不支持修改。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49750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a1cc946e1f961e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49750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四、查看福袋数据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福袋数据可通过以下入口查看：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在【营销互动】-【福袋】页面点击【查看数据】，进入福袋汇总数据页面。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在【营销互动】-【福袋】活动列表中，对已开奖活动点击【数据】，进入该活动的数据二级页面。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进入【直播间统计】-【互动数据】-【福袋】，查看福袋汇总数据。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福袋汇总数据页面支持按场次 ID、活动名称筛选，并可按当前筛选范围导出中奖明细。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3103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983cf032af620c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310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福袋数据字段说明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福袋活动在直播间发起的时间。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开奖时间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福袋活动完成开奖的时间。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 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福袋活动所属直播场次。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活动名称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当前福袋活动的名称。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奖品类型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自定义奖品或现金红包。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展示奖品名称、红包金额或奖品图片等信息。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当前福袋活动的中奖人数。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参与人数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当前福袋活动的参与人数。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可执行操作如下：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查看明细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进入当前福袋活动的数据二级页面。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导出数据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导出当前福袋活动的数据结果。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导出中奖明细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按当前筛选范围导出全部福袋活动的中奖用户明细，每名中奖用户单独占一行，包含所属活动、奖品及用户信息。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活动开启【领奖信息填写】时，导出的中奖明细同时包含用户提交的领奖表单内容。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2157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cdc33b0c1ad271b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215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五、查看单场福袋数据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在活动列表中点击【数据】，或在福袋汇总数据页面点击【查看明细】，可进入单场福袋数据二级页面。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752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861d718de21abfd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75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单场福袋数据页面包含两部分内容：</w:t>
      </w:r>
    </w:p>
    <w:p>
      <w:pPr>
        <w:pStyle w:val="Heading2"/>
      </w:pPr>
      <w:r>
        <w:t>1. 福袋活动信息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展示当前福袋活动的基础信息，包括：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福袋活动名称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奖品类型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奖品信息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中奖人数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参与人数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开奖倒计时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实际开奖时间</w:t>
      </w:r>
    </w:p>
    <w:p>
      <w:pPr>
        <w:pStyle w:val="Heading2"/>
      </w:pPr>
      <w:r>
        <w:t>2. 中奖名单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中奖名单展示以下信息：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序号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外部 ID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用户昵称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领奖信息状态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开启用户体系后，中奖名单展示【外部 ID】。使用独立授权且已传入外部 ID 时，页面展示对应值；未传入时显示 </w:t>
      </w:r>
      <w:r>
        <w:rPr>
          <w:rFonts w:ascii="Menlo" w:hAnsi="Menlo"/>
          <w:color w:val="444444"/>
          <w:sz w:val="20"/>
        </w:rPr>
        <w:t>--</w:t>
      </w:r>
      <w:r>
        <w:rPr>
          <w:rFonts w:ascii="Source Han Sans SC" w:hAnsi="Source Han Sans SC" w:eastAsia="Source Han Sans SC" w:cs="Source Han Sans SC" w:hint="eastAsia"/>
          <w:sz w:val="21"/>
        </w:rPr>
        <w:t>。该字段用于关联业务系统中的用户。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领奖信息状态包括：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待填写：中奖观众尚未提交领奖信息。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已填写：中奖观众已提交领奖信息。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对于已填写领奖信息的观众，可点击【查看领奖信息】，查看其提交的表单内容。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4467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b05465570aa6ba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44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点击【导出结果】，可导出中奖名单。导出内容同步包含外部 ID，未传入时该字段留空。活动开启【领奖信息填写】时，导出内容同时包含领奖信息状态、信息提交时间和观众填写的表单内容。</w:t>
      </w:r>
    </w:p>
    <w:p>
      <w:pPr>
        <w:pStyle w:val="Heading1"/>
      </w:pPr>
      <w:r>
        <w:t>六、常见问题</w:t>
      </w:r>
    </w:p>
    <w:p>
      <w:pPr>
        <w:pStyle w:val="Heading2"/>
      </w:pPr>
      <w:r>
        <w:t>Q：观众需要完成哪些条件才能参与福袋？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A：观众需完成活动配置的全部参与任务，才算达成福袋参与条件。福袋至少需要设置 1 个任务；同时设置“指定评论”和“在线时长”时，观众需完成全部任务。</w:t>
      </w:r>
    </w:p>
    <w:p>
      <w:pPr>
        <w:pStyle w:val="Heading2"/>
      </w:pPr>
      <w:r>
        <w:t>Q：现金红包可以关联领奖表单吗？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A：不可以。只有自定义奖品支持开启【领奖信息填写】并关联领奖表单，现金红包不展示该设置。</w:t>
      </w:r>
    </w:p>
    <w:p>
      <w:pPr>
        <w:pStyle w:val="Heading2"/>
      </w:pPr>
      <w:r>
        <w:t>Q：中奖后在哪里填写或查看领奖信息？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自定义奖品已开启【领奖信息填写】时，中奖观众可在中奖弹窗中点击【填写领奖信息】，也可进入观看页【我的奖励】-【福袋】，通过【领取】填写信息或通过【查看】查看已提交的信息。领奖信息提交成功后不支持修改。</w:t>
      </w:r>
    </w:p>
    <w:p>
      <w:pPr>
        <w:pStyle w:val="Heading2"/>
      </w:pPr>
      <w:r>
        <w:t>Q：在哪里查看和导出福袋数据？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：可在【营销互动】-【福袋】页面或【直播间统计】-【互动数据】-【福袋】中查看福袋数据。福袋汇总数据页面支持按筛选范围导出中奖明细，单场福袋数据页面支持导出当前活动的中奖名单；活动开启【领奖信息填写】时，导出内容会包含观众提交的领奖信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