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邀请海报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通过设置一张样式海报，可让观众分享至社交媒体或私域渠道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提升直播间的分享率与曝光率、增强直播的引流效果、同时简化观众分享直播间的流程与激励观众邀请新人，实现直播间裂变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1.开启邀请海报功能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进入【直播列表】页面，选中直播点击【详情】，在直播间管理处点击【营销互动】-【邀请海报】开启功能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94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4628ef962dba7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9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488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4618e8ac2c9ec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48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设置相关配置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海报样式：提供12张海报样式，用户也可以上传自定义海报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海报信息：点击【基本信息页】可前往直播间信息页调整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海报封面：封面图支持jpg、jpeg、png格式，文件大小不超过2M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16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a2a9e33f6145a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16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邀请榜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开启邀请榜后，会出现邀请人数排行榜，每名邀请人将以邀请数为排名顺序展示在排行榜中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邀请明细：邀请人是否可以在观看页下载邀请明细，邀请明细包括观众信息，观众进入时间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榜单人数：设置邀请榜最大的显示数量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上榜设置：设置邀请榜是否显示邀请人数为0的观众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邀请有礼：根据邀请人数分发奖品，支持根据不同邀请人数梯度，关联不同奖品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581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e0a500a6368e2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58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查看邀请数据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158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894c4e4509c79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15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36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760c9926b2775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482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ba15299037075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4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5094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174bbf64a61c0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50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四、邀请有礼功能（需联系商务开通使用）</w:t>
      </w:r>
    </w:p>
    <w:p>
      <w:pPr>
        <w:pStyle w:val="Heading2"/>
      </w:pPr>
      <w:r>
        <w:t>1. 邀请有礼功能设置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邀请有礼是一个可以提升直播间观看量的功能。根据邀请人数分发奖品，且支持根据不同邀请人数梯度，关联不同奖品，通过奖品激励观众邀请好友观看直播，达到直播间裂变的目的。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需设置活动截止时间，活动介绍、活动奖励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活动截止时间：活动结束时，根据当前直播间观众的邀请人数，划分到不同梯度，根据活动奖励中的梯度，分发不同的奖品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活动介绍：支持编辑成图文，观众可见该内容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活动奖励：根据邀请人数进行排名，再根据排名区间，基于不同的奖品。例如可设置成第1名领取A奖品；第2-4名领取B奖品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4256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f8c17890039ca0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425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查看活动数据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在频道【直播间统计】-【互动统计】-【邀请有礼】中，可查看到邀请有礼活动期间产生的数据。直播结束后，可再次导出满足条件的观众，以及观众提交的领奖信息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04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a8f85861263574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0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观众参与活动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邀请活动开启后，观众可在直播间中参与邀请活动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邀请活动结束后，观众邀请的人数若处于对应奖励梯度中，则可以按照领奖方式领取奖品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2084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4721ecc88ddcb2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2084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邀请海报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