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引导关注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将直播间观众进一步引导到社群或公众号，打造私域流量。在成熟移动互联网时代，留存变得更加重要，从公域引流到直播间的情况下，做好私域引流及其重要。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图片：.\img\yindaoguanzhu001.png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上传一张不大于200k的二维码，设置好弹窗提示文案，是否主动弹窗、观众点击【+关注】按钮之后会弹出二维码和相关内容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最后设置完了，别忘了保存哦！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希望以上信息对您有所帮助，如需进一步了解或有任何疑问，请随时联系我们的客服团队。感谢您的使用！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引导关注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