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情绪反馈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情绪反馈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在三分屏直播中，观众可以通过点击情绪按钮向直播间发送情绪消息反馈图标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增强直播间内与观众的的互动性、提高观众的趣味性、增加直播间的玩法丰富性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二、使用须知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目前仅支持在三分屏模式下使用情绪反馈功能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观众仅支持在web端使用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主讲仅支持在客户端或网页开播端看见情绪消息，不支持APP端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情绪反馈与点赞功能是互相冲突的，当开启了其中一个，另一个会自动关闭，二者不能同时使用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为了减少直播间卡顿，提升直播间观看体验，每个观众每30秒内只可以发送5次情绪消息，超出时可以继续点击按钮，但是其他人则无法收超出的情绪消息</w:t>
      </w:r>
    </w:p>
    <w:p>
      <w:pPr>
        <w:pStyle w:val="Heading1"/>
      </w:pPr>
      <w:r>
        <w:t>三、使用说明</w:t>
      </w:r>
    </w:p>
    <w:p>
      <w:pPr>
        <w:pStyle w:val="Heading2"/>
      </w:pPr>
      <w:r>
        <w:t>1.功能入口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进入直播间管理后台，点击【默认模板】-【页面装修】-【直播间】-【进入装修】进入装修页面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d6221f7b382c8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进入装修页面，点击【直播间】-【聊天】，在互动聊天处开启【情绪反馈】开启情绪反馈功能，设置完成需要点击右上角保存，保存后该频道的观看页即会出现情绪按钮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ac87fec3b04ea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2.使用效果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观众：每点击一次情绪按钮，就会冒一个对应按钮的反馈图标，情绪按钮的反馈图标是所有人同步的，也就是观众A点了一个情绪按钮，观众B和老师C都可以同时看到这个反馈图标冒出来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主讲：可以在网页开播端或客户端收到观众发送的情绪消息，但开播端自身不可以发送情绪消息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0282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3ab0e31c85427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0282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情绪反馈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