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话题PK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话题PK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通过设置一个话题并定义正反方观点并在直播间发布，观众对话题选择观点进行投票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提升直播间的互动率与活跃度，收集观众反馈，并增强直播间的趣味性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适用于需要制造话题引起观众探讨的直播场景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进入【直播列表】页面，选中直播点击【详情】，在直播间管理处点击【营销互动】-【话题pk】，开启话题功能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4b7f3dac71e60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4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3c6c699ef8aac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点击【新建话题】，设置话题名称、正反方观点，编辑完成后点击【提交】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00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fe296d820f644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点击【开始】，直播间即刻弹出话题pk弹窗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569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9dba63f6096b2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5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pc端观看页效果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551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937ab614bed82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55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移动端观看页效果展示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5451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d1914d987e693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545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观众进行投票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92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58bda952caed4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四、结束话题、导出数据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点击【结束】按钮，结束直播间的话题PK；通过【数据导出】可下载已结束的“话题PK”的数据（下载至数据导出中心）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040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d8f2a0cddce3b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040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话题PK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